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36458" w14:textId="77777777" w:rsidR="00F43175" w:rsidRPr="00CB6545" w:rsidRDefault="00F43175">
      <w:pPr>
        <w:spacing w:after="0"/>
        <w:jc w:val="center"/>
        <w:rPr>
          <w:rFonts w:ascii="Calibri" w:hAnsi="Calibri" w:cs="Calibri"/>
          <w:b/>
          <w:sz w:val="28"/>
        </w:rPr>
      </w:pPr>
      <w:r w:rsidRPr="00CB6545">
        <w:rPr>
          <w:rFonts w:ascii="Calibri" w:hAnsi="Calibri" w:cs="Calibri"/>
          <w:b/>
          <w:noProof/>
          <w:sz w:val="28"/>
        </w:rPr>
        <w:drawing>
          <wp:inline distT="0" distB="0" distL="0" distR="0" wp14:anchorId="66943350" wp14:editId="1A0F63A4">
            <wp:extent cx="1180511" cy="1153526"/>
            <wp:effectExtent l="0" t="0" r="63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195977" cy="1168639"/>
                    </a:xfrm>
                    <a:prstGeom prst="rect">
                      <a:avLst/>
                    </a:prstGeom>
                  </pic:spPr>
                </pic:pic>
              </a:graphicData>
            </a:graphic>
          </wp:inline>
        </w:drawing>
      </w:r>
    </w:p>
    <w:p w14:paraId="0F512496" w14:textId="5B6E453F" w:rsidR="00395A6B" w:rsidRPr="00CB6545" w:rsidRDefault="00E972D4">
      <w:pPr>
        <w:spacing w:after="0"/>
        <w:jc w:val="center"/>
        <w:rPr>
          <w:rFonts w:ascii="Calibri" w:hAnsi="Calibri" w:cs="Calibri"/>
        </w:rPr>
      </w:pPr>
      <w:r w:rsidRPr="00CB6545">
        <w:rPr>
          <w:rFonts w:ascii="Calibri" w:hAnsi="Calibri" w:cs="Calibri"/>
          <w:b/>
          <w:sz w:val="28"/>
        </w:rPr>
        <w:t>KINGSTREE-LAKE CITY ALUMNAE CHAPTER</w:t>
      </w:r>
    </w:p>
    <w:p w14:paraId="36F55779" w14:textId="77777777" w:rsidR="00395A6B" w:rsidRPr="00CB6545" w:rsidRDefault="00E972D4">
      <w:pPr>
        <w:spacing w:after="0"/>
        <w:jc w:val="center"/>
        <w:rPr>
          <w:rFonts w:ascii="Calibri" w:hAnsi="Calibri" w:cs="Calibri"/>
        </w:rPr>
      </w:pPr>
      <w:r w:rsidRPr="00CB6545">
        <w:rPr>
          <w:rFonts w:ascii="Calibri" w:hAnsi="Calibri" w:cs="Calibri"/>
          <w:b/>
          <w:sz w:val="24"/>
        </w:rPr>
        <w:t>Delta Sigma Theta Sorority, Inc.</w:t>
      </w:r>
    </w:p>
    <w:p w14:paraId="7D2993A5" w14:textId="77777777" w:rsidR="00395A6B" w:rsidRPr="00CB6545" w:rsidRDefault="00E972D4">
      <w:pPr>
        <w:spacing w:after="40"/>
        <w:jc w:val="center"/>
        <w:rPr>
          <w:rFonts w:ascii="Calibri" w:hAnsi="Calibri" w:cs="Calibri"/>
        </w:rPr>
      </w:pPr>
      <w:r w:rsidRPr="00CB6545">
        <w:rPr>
          <w:rFonts w:ascii="Calibri" w:hAnsi="Calibri" w:cs="Calibri"/>
          <w:b/>
          <w:sz w:val="36"/>
        </w:rPr>
        <w:t>EMBODI VOLUNTEER / MENTOR APPLICATION</w:t>
      </w:r>
    </w:p>
    <w:p w14:paraId="3F122737" w14:textId="77777777" w:rsidR="00395A6B" w:rsidRPr="00CB6545" w:rsidRDefault="00E972D4">
      <w:pPr>
        <w:spacing w:after="160"/>
        <w:jc w:val="center"/>
        <w:rPr>
          <w:rFonts w:ascii="Calibri" w:hAnsi="Calibri" w:cs="Calibri"/>
        </w:rPr>
      </w:pPr>
      <w:r w:rsidRPr="00CB6545">
        <w:rPr>
          <w:rFonts w:ascii="Calibri" w:hAnsi="Calibri" w:cs="Calibri"/>
          <w:i/>
          <w:sz w:val="18"/>
        </w:rPr>
        <w:t>Empowering Males to Build Opportunities for Developing Independence</w:t>
      </w:r>
    </w:p>
    <w:p w14:paraId="36772FA4" w14:textId="77777777" w:rsidR="00395A6B" w:rsidRPr="00CB6545" w:rsidRDefault="00E972D4">
      <w:pPr>
        <w:spacing w:after="120"/>
        <w:rPr>
          <w:rFonts w:ascii="Calibri" w:hAnsi="Calibri" w:cs="Calibri"/>
        </w:rPr>
      </w:pPr>
      <w:r w:rsidRPr="00CB6545">
        <w:rPr>
          <w:rFonts w:ascii="Calibri" w:hAnsi="Calibri" w:cs="Calibri"/>
          <w:b/>
        </w:rPr>
        <w:t xml:space="preserve">Purpose: </w:t>
      </w:r>
      <w:r w:rsidRPr="00CB6545">
        <w:rPr>
          <w:rFonts w:ascii="Calibri" w:hAnsi="Calibri" w:cs="Calibri"/>
        </w:rPr>
        <w:t>This application is used to screen adults who wish to volunteer, mentor, present, chaperone, or otherwise assist with EMBODI activities involving youth. Completion of this form does not guarantee selection. Additional screening, references, training, identification, and a criminal background check may be required before service.</w:t>
      </w:r>
    </w:p>
    <w:tbl>
      <w:tblPr>
        <w:tblW w:w="0" w:type="auto"/>
        <w:jc w:val="center"/>
        <w:tblLayout w:type="fixed"/>
        <w:tblLook w:val="04A0" w:firstRow="1" w:lastRow="0" w:firstColumn="1" w:lastColumn="0" w:noHBand="0" w:noVBand="1"/>
      </w:tblPr>
      <w:tblGrid>
        <w:gridCol w:w="10368"/>
      </w:tblGrid>
      <w:tr w:rsidR="00395A6B" w:rsidRPr="00CB6545" w14:paraId="541129BF" w14:textId="77777777">
        <w:trPr>
          <w:jc w:val="center"/>
        </w:trPr>
        <w:tc>
          <w:tcPr>
            <w:tcW w:w="10368" w:type="dxa"/>
            <w:shd w:val="clear" w:color="auto" w:fill="A00000"/>
            <w:tcMar>
              <w:top w:w="60" w:type="dxa"/>
              <w:left w:w="90" w:type="dxa"/>
              <w:bottom w:w="60" w:type="dxa"/>
              <w:right w:w="90" w:type="dxa"/>
            </w:tcMar>
          </w:tcPr>
          <w:p w14:paraId="156B6512" w14:textId="77777777" w:rsidR="00395A6B" w:rsidRPr="00CB6545" w:rsidRDefault="00E972D4">
            <w:pPr>
              <w:rPr>
                <w:rFonts w:ascii="Calibri" w:hAnsi="Calibri" w:cs="Calibri"/>
              </w:rPr>
            </w:pPr>
            <w:r w:rsidRPr="00CB6545">
              <w:rPr>
                <w:rFonts w:ascii="Calibri" w:hAnsi="Calibri" w:cs="Calibri"/>
                <w:b/>
                <w:color w:val="FFFFFF"/>
                <w:sz w:val="22"/>
              </w:rPr>
              <w:t>1. APPLICANT INFORMATION</w:t>
            </w:r>
          </w:p>
        </w:tc>
      </w:tr>
    </w:tbl>
    <w:p w14:paraId="317B65CB" w14:textId="77777777" w:rsidR="00395A6B" w:rsidRPr="00CB6545" w:rsidRDefault="00395A6B">
      <w:pPr>
        <w:spacing w:after="20"/>
        <w:rPr>
          <w:rFonts w:ascii="Calibri" w:hAnsi="Calibri" w:cs="Calibri"/>
        </w:rPr>
      </w:pPr>
    </w:p>
    <w:tbl>
      <w:tblPr>
        <w:tblW w:w="0" w:type="auto"/>
        <w:tblLayout w:type="fixed"/>
        <w:tblLook w:val="04A0" w:firstRow="1" w:lastRow="0" w:firstColumn="1" w:lastColumn="0" w:noHBand="0" w:noVBand="1"/>
      </w:tblPr>
      <w:tblGrid>
        <w:gridCol w:w="10368"/>
      </w:tblGrid>
      <w:tr w:rsidR="00395A6B" w:rsidRPr="00CB6545" w14:paraId="3550215F" w14:textId="77777777">
        <w:tc>
          <w:tcPr>
            <w:tcW w:w="10368" w:type="dxa"/>
            <w:tcMar>
              <w:top w:w="45" w:type="dxa"/>
              <w:left w:w="70" w:type="dxa"/>
              <w:bottom w:w="45" w:type="dxa"/>
              <w:right w:w="70" w:type="dxa"/>
            </w:tcMar>
          </w:tcPr>
          <w:p w14:paraId="65FCFBAE" w14:textId="77777777" w:rsidR="00395A6B" w:rsidRPr="00CD7197" w:rsidRDefault="00E972D4">
            <w:pPr>
              <w:spacing w:after="0"/>
              <w:rPr>
                <w:rFonts w:ascii="Calibri" w:hAnsi="Calibri" w:cs="Calibri"/>
                <w:szCs w:val="20"/>
              </w:rPr>
            </w:pPr>
            <w:r w:rsidRPr="00CD7197">
              <w:rPr>
                <w:rFonts w:ascii="Calibri" w:hAnsi="Calibri" w:cs="Calibri"/>
                <w:szCs w:val="20"/>
              </w:rPr>
              <w:t>Full Legal Name: ____________________________________________________________________________________</w:t>
            </w:r>
          </w:p>
        </w:tc>
      </w:tr>
      <w:tr w:rsidR="00395A6B" w:rsidRPr="00CB6545" w14:paraId="1AAA8A52" w14:textId="77777777">
        <w:tc>
          <w:tcPr>
            <w:tcW w:w="10368" w:type="dxa"/>
            <w:tcMar>
              <w:top w:w="45" w:type="dxa"/>
              <w:left w:w="70" w:type="dxa"/>
              <w:bottom w:w="45" w:type="dxa"/>
              <w:right w:w="70" w:type="dxa"/>
            </w:tcMar>
          </w:tcPr>
          <w:p w14:paraId="5E1D0736" w14:textId="77777777" w:rsidR="00395A6B" w:rsidRPr="00CD7197" w:rsidRDefault="00E972D4">
            <w:pPr>
              <w:spacing w:after="0"/>
              <w:rPr>
                <w:rFonts w:ascii="Calibri" w:hAnsi="Calibri" w:cs="Calibri"/>
                <w:szCs w:val="20"/>
              </w:rPr>
            </w:pPr>
            <w:r w:rsidRPr="00CD7197">
              <w:rPr>
                <w:rFonts w:ascii="Calibri" w:hAnsi="Calibri" w:cs="Calibri"/>
                <w:szCs w:val="20"/>
              </w:rPr>
              <w:t>Preferred Name: _______________________________________   Date of Birth: _______________________________</w:t>
            </w:r>
          </w:p>
        </w:tc>
      </w:tr>
      <w:tr w:rsidR="00395A6B" w:rsidRPr="00CB6545" w14:paraId="78C02B82" w14:textId="77777777">
        <w:tc>
          <w:tcPr>
            <w:tcW w:w="10368" w:type="dxa"/>
            <w:tcMar>
              <w:top w:w="45" w:type="dxa"/>
              <w:left w:w="70" w:type="dxa"/>
              <w:bottom w:w="45" w:type="dxa"/>
              <w:right w:w="70" w:type="dxa"/>
            </w:tcMar>
          </w:tcPr>
          <w:p w14:paraId="1B892E41" w14:textId="77777777" w:rsidR="00395A6B" w:rsidRPr="00CD7197" w:rsidRDefault="00E972D4">
            <w:pPr>
              <w:spacing w:after="0"/>
              <w:rPr>
                <w:rFonts w:ascii="Calibri" w:hAnsi="Calibri" w:cs="Calibri"/>
                <w:szCs w:val="20"/>
              </w:rPr>
            </w:pPr>
            <w:r w:rsidRPr="00CD7197">
              <w:rPr>
                <w:rFonts w:ascii="Calibri" w:hAnsi="Calibri" w:cs="Calibri"/>
                <w:szCs w:val="20"/>
              </w:rPr>
              <w:t>Home Address: ______________________________________________________________________________________</w:t>
            </w:r>
          </w:p>
        </w:tc>
      </w:tr>
      <w:tr w:rsidR="00395A6B" w:rsidRPr="00CB6545" w14:paraId="08F2A08F" w14:textId="77777777">
        <w:tc>
          <w:tcPr>
            <w:tcW w:w="10368" w:type="dxa"/>
            <w:tcMar>
              <w:top w:w="45" w:type="dxa"/>
              <w:left w:w="70" w:type="dxa"/>
              <w:bottom w:w="45" w:type="dxa"/>
              <w:right w:w="70" w:type="dxa"/>
            </w:tcMar>
          </w:tcPr>
          <w:p w14:paraId="7F520765" w14:textId="77777777" w:rsidR="00395A6B" w:rsidRPr="00CD7197" w:rsidRDefault="00E972D4">
            <w:pPr>
              <w:spacing w:after="0"/>
              <w:rPr>
                <w:rFonts w:ascii="Calibri" w:hAnsi="Calibri" w:cs="Calibri"/>
                <w:szCs w:val="20"/>
              </w:rPr>
            </w:pPr>
            <w:r w:rsidRPr="00CD7197">
              <w:rPr>
                <w:rFonts w:ascii="Calibri" w:hAnsi="Calibri" w:cs="Calibri"/>
                <w:szCs w:val="20"/>
              </w:rPr>
              <w:t>City: _________________________________________</w:t>
            </w:r>
            <w:proofErr w:type="gramStart"/>
            <w:r w:rsidRPr="00CD7197">
              <w:rPr>
                <w:rFonts w:ascii="Calibri" w:hAnsi="Calibri" w:cs="Calibri"/>
                <w:szCs w:val="20"/>
              </w:rPr>
              <w:t>_  State</w:t>
            </w:r>
            <w:proofErr w:type="gramEnd"/>
            <w:r w:rsidRPr="00CD7197">
              <w:rPr>
                <w:rFonts w:ascii="Calibri" w:hAnsi="Calibri" w:cs="Calibri"/>
                <w:szCs w:val="20"/>
              </w:rPr>
              <w:t>: __________________  ZIP: _______________________</w:t>
            </w:r>
          </w:p>
        </w:tc>
      </w:tr>
      <w:tr w:rsidR="00395A6B" w:rsidRPr="00CB6545" w14:paraId="10A96603" w14:textId="77777777">
        <w:tc>
          <w:tcPr>
            <w:tcW w:w="10368" w:type="dxa"/>
            <w:tcMar>
              <w:top w:w="45" w:type="dxa"/>
              <w:left w:w="70" w:type="dxa"/>
              <w:bottom w:w="45" w:type="dxa"/>
              <w:right w:w="70" w:type="dxa"/>
            </w:tcMar>
          </w:tcPr>
          <w:p w14:paraId="5F0652F5" w14:textId="77777777" w:rsidR="00395A6B" w:rsidRPr="00CD7197" w:rsidRDefault="00E972D4">
            <w:pPr>
              <w:spacing w:after="0"/>
              <w:rPr>
                <w:rFonts w:ascii="Calibri" w:hAnsi="Calibri" w:cs="Calibri"/>
                <w:szCs w:val="20"/>
              </w:rPr>
            </w:pPr>
            <w:r w:rsidRPr="00CD7197">
              <w:rPr>
                <w:rFonts w:ascii="Calibri" w:hAnsi="Calibri" w:cs="Calibri"/>
                <w:szCs w:val="20"/>
              </w:rPr>
              <w:t>Phone: ________________________________________</w:t>
            </w:r>
            <w:proofErr w:type="gramStart"/>
            <w:r w:rsidRPr="00CD7197">
              <w:rPr>
                <w:rFonts w:ascii="Calibri" w:hAnsi="Calibri" w:cs="Calibri"/>
                <w:szCs w:val="20"/>
              </w:rPr>
              <w:t>_  Email</w:t>
            </w:r>
            <w:proofErr w:type="gramEnd"/>
            <w:r w:rsidRPr="00CD7197">
              <w:rPr>
                <w:rFonts w:ascii="Calibri" w:hAnsi="Calibri" w:cs="Calibri"/>
                <w:szCs w:val="20"/>
              </w:rPr>
              <w:t>: ______________________________________________</w:t>
            </w:r>
          </w:p>
        </w:tc>
      </w:tr>
      <w:tr w:rsidR="00395A6B" w:rsidRPr="00CB6545" w14:paraId="2101FA2E" w14:textId="77777777">
        <w:tc>
          <w:tcPr>
            <w:tcW w:w="10368" w:type="dxa"/>
            <w:tcMar>
              <w:top w:w="45" w:type="dxa"/>
              <w:left w:w="70" w:type="dxa"/>
              <w:bottom w:w="45" w:type="dxa"/>
              <w:right w:w="70" w:type="dxa"/>
            </w:tcMar>
          </w:tcPr>
          <w:p w14:paraId="4DBB2EDF" w14:textId="77777777" w:rsidR="00395A6B" w:rsidRPr="00CD7197" w:rsidRDefault="00E972D4">
            <w:pPr>
              <w:spacing w:after="0"/>
              <w:rPr>
                <w:rFonts w:ascii="Calibri" w:hAnsi="Calibri" w:cs="Calibri"/>
                <w:szCs w:val="20"/>
              </w:rPr>
            </w:pPr>
            <w:r w:rsidRPr="00CD7197">
              <w:rPr>
                <w:rFonts w:ascii="Calibri" w:hAnsi="Calibri" w:cs="Calibri"/>
                <w:szCs w:val="20"/>
              </w:rPr>
              <w:t>Employer / Organization (if applicable): __________________________________________________________________</w:t>
            </w:r>
          </w:p>
        </w:tc>
      </w:tr>
      <w:tr w:rsidR="00395A6B" w:rsidRPr="00CB6545" w14:paraId="40C1BB06" w14:textId="77777777">
        <w:tc>
          <w:tcPr>
            <w:tcW w:w="10368" w:type="dxa"/>
            <w:tcMar>
              <w:top w:w="45" w:type="dxa"/>
              <w:left w:w="70" w:type="dxa"/>
              <w:bottom w:w="45" w:type="dxa"/>
              <w:right w:w="70" w:type="dxa"/>
            </w:tcMar>
          </w:tcPr>
          <w:p w14:paraId="63E77007" w14:textId="77777777" w:rsidR="00395A6B" w:rsidRPr="00CD7197" w:rsidRDefault="00E972D4">
            <w:pPr>
              <w:spacing w:after="0"/>
              <w:rPr>
                <w:rFonts w:ascii="Calibri" w:hAnsi="Calibri" w:cs="Calibri"/>
                <w:szCs w:val="20"/>
              </w:rPr>
            </w:pPr>
            <w:r w:rsidRPr="00CD7197">
              <w:rPr>
                <w:rFonts w:ascii="Calibri" w:hAnsi="Calibri" w:cs="Calibri"/>
                <w:szCs w:val="20"/>
              </w:rPr>
              <w:t>Emergency Contact Name: ________________________________</w:t>
            </w:r>
            <w:proofErr w:type="gramStart"/>
            <w:r w:rsidRPr="00CD7197">
              <w:rPr>
                <w:rFonts w:ascii="Calibri" w:hAnsi="Calibri" w:cs="Calibri"/>
                <w:szCs w:val="20"/>
              </w:rPr>
              <w:t>_  Relationship</w:t>
            </w:r>
            <w:proofErr w:type="gramEnd"/>
            <w:r w:rsidRPr="00CD7197">
              <w:rPr>
                <w:rFonts w:ascii="Calibri" w:hAnsi="Calibri" w:cs="Calibri"/>
                <w:szCs w:val="20"/>
              </w:rPr>
              <w:t>: ________________________________</w:t>
            </w:r>
          </w:p>
        </w:tc>
      </w:tr>
      <w:tr w:rsidR="00395A6B" w:rsidRPr="00CB6545" w14:paraId="5B783E5A" w14:textId="77777777">
        <w:tc>
          <w:tcPr>
            <w:tcW w:w="10368" w:type="dxa"/>
            <w:tcMar>
              <w:top w:w="45" w:type="dxa"/>
              <w:left w:w="70" w:type="dxa"/>
              <w:bottom w:w="45" w:type="dxa"/>
              <w:right w:w="70" w:type="dxa"/>
            </w:tcMar>
          </w:tcPr>
          <w:p w14:paraId="6330A008" w14:textId="77777777" w:rsidR="00395A6B" w:rsidRPr="00CD7197" w:rsidRDefault="00E972D4">
            <w:pPr>
              <w:spacing w:after="0"/>
              <w:rPr>
                <w:rFonts w:ascii="Calibri" w:hAnsi="Calibri" w:cs="Calibri"/>
                <w:szCs w:val="20"/>
              </w:rPr>
            </w:pPr>
            <w:r w:rsidRPr="00CD7197">
              <w:rPr>
                <w:rFonts w:ascii="Calibri" w:hAnsi="Calibri" w:cs="Calibri"/>
                <w:szCs w:val="20"/>
              </w:rPr>
              <w:t>Emergency Contact Phone: ____________________________________________________________________________</w:t>
            </w:r>
          </w:p>
        </w:tc>
      </w:tr>
      <w:tr w:rsidR="00395A6B" w:rsidRPr="00CB6545" w14:paraId="385CE625" w14:textId="77777777">
        <w:tc>
          <w:tcPr>
            <w:tcW w:w="10368" w:type="dxa"/>
            <w:tcMar>
              <w:top w:w="45" w:type="dxa"/>
              <w:left w:w="70" w:type="dxa"/>
              <w:bottom w:w="45" w:type="dxa"/>
              <w:right w:w="70" w:type="dxa"/>
            </w:tcMar>
          </w:tcPr>
          <w:p w14:paraId="2EFCEEAB" w14:textId="77777777" w:rsidR="00395A6B" w:rsidRPr="00CD7197" w:rsidRDefault="00E972D4">
            <w:pPr>
              <w:spacing w:after="0"/>
              <w:rPr>
                <w:rFonts w:ascii="Calibri" w:hAnsi="Calibri" w:cs="Calibri"/>
                <w:szCs w:val="20"/>
              </w:rPr>
            </w:pPr>
            <w:r w:rsidRPr="00CD7197">
              <w:rPr>
                <w:rFonts w:ascii="Calibri" w:hAnsi="Calibri" w:cs="Calibri"/>
                <w:szCs w:val="20"/>
              </w:rPr>
              <w:t xml:space="preserve">Are you at least 18 years old?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      Do you have reliable transportation?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bl>
    <w:p w14:paraId="5EF5F2FB" w14:textId="77777777" w:rsidR="00395A6B" w:rsidRPr="00CB6545" w:rsidRDefault="00395A6B">
      <w:pPr>
        <w:spacing w:after="20"/>
        <w:rPr>
          <w:rFonts w:ascii="Calibri" w:hAnsi="Calibri" w:cs="Calibri"/>
        </w:rPr>
      </w:pPr>
    </w:p>
    <w:tbl>
      <w:tblPr>
        <w:tblW w:w="0" w:type="auto"/>
        <w:jc w:val="center"/>
        <w:tblLayout w:type="fixed"/>
        <w:tblLook w:val="04A0" w:firstRow="1" w:lastRow="0" w:firstColumn="1" w:lastColumn="0" w:noHBand="0" w:noVBand="1"/>
      </w:tblPr>
      <w:tblGrid>
        <w:gridCol w:w="10368"/>
      </w:tblGrid>
      <w:tr w:rsidR="00395A6B" w:rsidRPr="00CB6545" w14:paraId="2B2B10D8" w14:textId="77777777">
        <w:trPr>
          <w:jc w:val="center"/>
        </w:trPr>
        <w:tc>
          <w:tcPr>
            <w:tcW w:w="10368" w:type="dxa"/>
            <w:shd w:val="clear" w:color="auto" w:fill="A00000"/>
            <w:tcMar>
              <w:top w:w="60" w:type="dxa"/>
              <w:left w:w="90" w:type="dxa"/>
              <w:bottom w:w="60" w:type="dxa"/>
              <w:right w:w="90" w:type="dxa"/>
            </w:tcMar>
          </w:tcPr>
          <w:p w14:paraId="1C776359" w14:textId="77777777" w:rsidR="00395A6B" w:rsidRPr="00CB6545" w:rsidRDefault="00E972D4">
            <w:pPr>
              <w:rPr>
                <w:rFonts w:ascii="Calibri" w:hAnsi="Calibri" w:cs="Calibri"/>
              </w:rPr>
            </w:pPr>
            <w:r w:rsidRPr="00CB6545">
              <w:rPr>
                <w:rFonts w:ascii="Calibri" w:hAnsi="Calibri" w:cs="Calibri"/>
                <w:b/>
                <w:color w:val="FFFFFF"/>
                <w:sz w:val="22"/>
              </w:rPr>
              <w:t>2. VOLUNTEER INTEREST &amp; AVAILABILITY</w:t>
            </w:r>
          </w:p>
        </w:tc>
      </w:tr>
    </w:tbl>
    <w:p w14:paraId="2E31FB32" w14:textId="77777777" w:rsidR="00395A6B" w:rsidRPr="00CB6545" w:rsidRDefault="00395A6B">
      <w:pPr>
        <w:spacing w:after="20"/>
        <w:rPr>
          <w:rFonts w:ascii="Calibri" w:hAnsi="Calibri" w:cs="Calibri"/>
        </w:rPr>
      </w:pPr>
    </w:p>
    <w:tbl>
      <w:tblPr>
        <w:tblW w:w="0" w:type="auto"/>
        <w:tblLayout w:type="fixed"/>
        <w:tblLook w:val="04A0" w:firstRow="1" w:lastRow="0" w:firstColumn="1" w:lastColumn="0" w:noHBand="0" w:noVBand="1"/>
      </w:tblPr>
      <w:tblGrid>
        <w:gridCol w:w="10368"/>
        <w:gridCol w:w="20"/>
      </w:tblGrid>
      <w:tr w:rsidR="00395A6B" w:rsidRPr="00CB6545" w14:paraId="670E0308" w14:textId="77777777">
        <w:tc>
          <w:tcPr>
            <w:tcW w:w="10368" w:type="dxa"/>
            <w:gridSpan w:val="2"/>
            <w:tcMar>
              <w:top w:w="45" w:type="dxa"/>
              <w:left w:w="70" w:type="dxa"/>
              <w:bottom w:w="45" w:type="dxa"/>
              <w:right w:w="70" w:type="dxa"/>
            </w:tcMar>
          </w:tcPr>
          <w:p w14:paraId="4E7E8701" w14:textId="77777777" w:rsidR="00395A6B" w:rsidRPr="00CD7197" w:rsidRDefault="00E972D4">
            <w:pPr>
              <w:spacing w:after="0"/>
              <w:rPr>
                <w:rFonts w:ascii="Calibri" w:hAnsi="Calibri" w:cs="Calibri"/>
                <w:szCs w:val="20"/>
              </w:rPr>
            </w:pPr>
            <w:r w:rsidRPr="00CD7197">
              <w:rPr>
                <w:rFonts w:ascii="Calibri" w:hAnsi="Calibri" w:cs="Calibri"/>
                <w:szCs w:val="20"/>
              </w:rPr>
              <w:t xml:space="preserve">How would you like to assist?   </w:t>
            </w:r>
            <w:r w:rsidRPr="00CD7197">
              <w:rPr>
                <w:rFonts w:ascii="Segoe UI Symbol" w:hAnsi="Segoe UI Symbol" w:cs="Segoe UI Symbol"/>
                <w:szCs w:val="20"/>
              </w:rPr>
              <w:t>☐</w:t>
            </w:r>
            <w:r w:rsidRPr="00CD7197">
              <w:rPr>
                <w:rFonts w:ascii="Calibri" w:hAnsi="Calibri" w:cs="Calibri"/>
                <w:szCs w:val="20"/>
              </w:rPr>
              <w:t xml:space="preserve"> Mentor   </w:t>
            </w:r>
            <w:r w:rsidRPr="00CD7197">
              <w:rPr>
                <w:rFonts w:ascii="Segoe UI Symbol" w:hAnsi="Segoe UI Symbol" w:cs="Segoe UI Symbol"/>
                <w:szCs w:val="20"/>
              </w:rPr>
              <w:t>☐</w:t>
            </w:r>
            <w:r w:rsidRPr="00CD7197">
              <w:rPr>
                <w:rFonts w:ascii="Calibri" w:hAnsi="Calibri" w:cs="Calibri"/>
                <w:szCs w:val="20"/>
              </w:rPr>
              <w:t xml:space="preserve"> Guest Speaker   </w:t>
            </w:r>
            <w:r w:rsidRPr="00CD7197">
              <w:rPr>
                <w:rFonts w:ascii="Segoe UI Symbol" w:hAnsi="Segoe UI Symbol" w:cs="Segoe UI Symbol"/>
                <w:szCs w:val="20"/>
              </w:rPr>
              <w:t>☐</w:t>
            </w:r>
            <w:r w:rsidRPr="00CD7197">
              <w:rPr>
                <w:rFonts w:ascii="Calibri" w:hAnsi="Calibri" w:cs="Calibri"/>
                <w:szCs w:val="20"/>
              </w:rPr>
              <w:t xml:space="preserve"> Workshop Facilitator   </w:t>
            </w:r>
            <w:r w:rsidRPr="00CD7197">
              <w:rPr>
                <w:rFonts w:ascii="Segoe UI Symbol" w:hAnsi="Segoe UI Symbol" w:cs="Segoe UI Symbol"/>
                <w:szCs w:val="20"/>
              </w:rPr>
              <w:t>☐</w:t>
            </w:r>
            <w:r w:rsidRPr="00CD7197">
              <w:rPr>
                <w:rFonts w:ascii="Calibri" w:hAnsi="Calibri" w:cs="Calibri"/>
                <w:szCs w:val="20"/>
              </w:rPr>
              <w:t xml:space="preserve"> Chaperone   </w:t>
            </w:r>
            <w:r w:rsidRPr="00CD7197">
              <w:rPr>
                <w:rFonts w:ascii="Segoe UI Symbol" w:hAnsi="Segoe UI Symbol" w:cs="Segoe UI Symbol"/>
                <w:szCs w:val="20"/>
              </w:rPr>
              <w:t>☐</w:t>
            </w:r>
            <w:r w:rsidRPr="00CD7197">
              <w:rPr>
                <w:rFonts w:ascii="Calibri" w:hAnsi="Calibri" w:cs="Calibri"/>
                <w:szCs w:val="20"/>
              </w:rPr>
              <w:t xml:space="preserve"> Event Support   </w:t>
            </w:r>
            <w:r w:rsidRPr="00CD7197">
              <w:rPr>
                <w:rFonts w:ascii="Segoe UI Symbol" w:hAnsi="Segoe UI Symbol" w:cs="Segoe UI Symbol"/>
                <w:szCs w:val="20"/>
              </w:rPr>
              <w:t>☐</w:t>
            </w:r>
            <w:r w:rsidRPr="00CD7197">
              <w:rPr>
                <w:rFonts w:ascii="Calibri" w:hAnsi="Calibri" w:cs="Calibri"/>
                <w:szCs w:val="20"/>
              </w:rPr>
              <w:t xml:space="preserve"> Other</w:t>
            </w:r>
          </w:p>
        </w:tc>
      </w:tr>
      <w:tr w:rsidR="00395A6B" w:rsidRPr="00CB6545" w14:paraId="09F1A6A0" w14:textId="77777777">
        <w:tc>
          <w:tcPr>
            <w:tcW w:w="10368" w:type="dxa"/>
            <w:gridSpan w:val="2"/>
            <w:tcMar>
              <w:top w:w="45" w:type="dxa"/>
              <w:left w:w="70" w:type="dxa"/>
              <w:bottom w:w="45" w:type="dxa"/>
              <w:right w:w="70" w:type="dxa"/>
            </w:tcMar>
          </w:tcPr>
          <w:p w14:paraId="1F9749A9" w14:textId="77777777" w:rsidR="00395A6B" w:rsidRPr="00CD7197" w:rsidRDefault="00E972D4">
            <w:pPr>
              <w:spacing w:after="0"/>
              <w:rPr>
                <w:rFonts w:ascii="Calibri" w:hAnsi="Calibri" w:cs="Calibri"/>
                <w:szCs w:val="20"/>
              </w:rPr>
            </w:pPr>
            <w:r w:rsidRPr="00CD7197">
              <w:rPr>
                <w:rFonts w:ascii="Calibri" w:hAnsi="Calibri" w:cs="Calibri"/>
                <w:szCs w:val="20"/>
              </w:rPr>
              <w:t>If Other, please explain: ____________________________________________________________________________</w:t>
            </w:r>
          </w:p>
        </w:tc>
      </w:tr>
      <w:tr w:rsidR="00395A6B" w:rsidRPr="00CB6545" w14:paraId="7751ACED" w14:textId="77777777">
        <w:tc>
          <w:tcPr>
            <w:tcW w:w="10368" w:type="dxa"/>
            <w:gridSpan w:val="2"/>
            <w:tcMar>
              <w:top w:w="45" w:type="dxa"/>
              <w:left w:w="70" w:type="dxa"/>
              <w:bottom w:w="45" w:type="dxa"/>
              <w:right w:w="70" w:type="dxa"/>
            </w:tcMar>
          </w:tcPr>
          <w:p w14:paraId="1691ED84" w14:textId="77777777" w:rsidR="00395A6B" w:rsidRPr="00CD7197" w:rsidRDefault="00E972D4">
            <w:pPr>
              <w:spacing w:after="0"/>
              <w:rPr>
                <w:rFonts w:ascii="Calibri" w:hAnsi="Calibri" w:cs="Calibri"/>
                <w:szCs w:val="20"/>
              </w:rPr>
            </w:pPr>
            <w:r w:rsidRPr="00CD7197">
              <w:rPr>
                <w:rFonts w:ascii="Calibri" w:hAnsi="Calibri" w:cs="Calibri"/>
                <w:szCs w:val="20"/>
              </w:rPr>
              <w:t xml:space="preserve">Preferred age group(s):   </w:t>
            </w:r>
            <w:r w:rsidRPr="00CD7197">
              <w:rPr>
                <w:rFonts w:ascii="Segoe UI Symbol" w:hAnsi="Segoe UI Symbol" w:cs="Segoe UI Symbol"/>
                <w:szCs w:val="20"/>
              </w:rPr>
              <w:t>☐</w:t>
            </w:r>
            <w:r w:rsidRPr="00CD7197">
              <w:rPr>
                <w:rFonts w:ascii="Calibri" w:hAnsi="Calibri" w:cs="Calibri"/>
                <w:szCs w:val="20"/>
              </w:rPr>
              <w:t xml:space="preserve"> 11-13   </w:t>
            </w:r>
            <w:r w:rsidRPr="00CD7197">
              <w:rPr>
                <w:rFonts w:ascii="Segoe UI Symbol" w:hAnsi="Segoe UI Symbol" w:cs="Segoe UI Symbol"/>
                <w:szCs w:val="20"/>
              </w:rPr>
              <w:t>☐</w:t>
            </w:r>
            <w:r w:rsidRPr="00CD7197">
              <w:rPr>
                <w:rFonts w:ascii="Calibri" w:hAnsi="Calibri" w:cs="Calibri"/>
                <w:szCs w:val="20"/>
              </w:rPr>
              <w:t xml:space="preserve"> 14-15   </w:t>
            </w:r>
            <w:r w:rsidRPr="00CD7197">
              <w:rPr>
                <w:rFonts w:ascii="Segoe UI Symbol" w:hAnsi="Segoe UI Symbol" w:cs="Segoe UI Symbol"/>
                <w:szCs w:val="20"/>
              </w:rPr>
              <w:t>☐</w:t>
            </w:r>
            <w:r w:rsidRPr="00CD7197">
              <w:rPr>
                <w:rFonts w:ascii="Calibri" w:hAnsi="Calibri" w:cs="Calibri"/>
                <w:szCs w:val="20"/>
              </w:rPr>
              <w:t xml:space="preserve"> 16-17   </w:t>
            </w:r>
            <w:r w:rsidRPr="00CD7197">
              <w:rPr>
                <w:rFonts w:ascii="Segoe UI Symbol" w:hAnsi="Segoe UI Symbol" w:cs="Segoe UI Symbol"/>
                <w:szCs w:val="20"/>
              </w:rPr>
              <w:t>☐</w:t>
            </w:r>
            <w:r w:rsidRPr="00CD7197">
              <w:rPr>
                <w:rFonts w:ascii="Calibri" w:hAnsi="Calibri" w:cs="Calibri"/>
                <w:szCs w:val="20"/>
              </w:rPr>
              <w:t xml:space="preserve"> No preference</w:t>
            </w:r>
          </w:p>
        </w:tc>
      </w:tr>
      <w:tr w:rsidR="00395A6B" w:rsidRPr="00CB6545" w14:paraId="7F7A8F8F" w14:textId="77777777">
        <w:tc>
          <w:tcPr>
            <w:tcW w:w="10368" w:type="dxa"/>
            <w:gridSpan w:val="2"/>
            <w:tcMar>
              <w:top w:w="45" w:type="dxa"/>
              <w:left w:w="70" w:type="dxa"/>
              <w:bottom w:w="45" w:type="dxa"/>
              <w:right w:w="70" w:type="dxa"/>
            </w:tcMar>
          </w:tcPr>
          <w:p w14:paraId="13640759" w14:textId="512190C7" w:rsidR="00395A6B" w:rsidRPr="00CD7197" w:rsidRDefault="00E972D4">
            <w:pPr>
              <w:spacing w:after="0"/>
              <w:rPr>
                <w:rFonts w:ascii="Calibri" w:hAnsi="Calibri" w:cs="Calibri"/>
                <w:szCs w:val="20"/>
              </w:rPr>
            </w:pPr>
            <w:r w:rsidRPr="00CD7197">
              <w:rPr>
                <w:rFonts w:ascii="Calibri" w:hAnsi="Calibri" w:cs="Calibri"/>
                <w:szCs w:val="20"/>
              </w:rPr>
              <w:t xml:space="preserve">Availability:   </w:t>
            </w:r>
            <w:r w:rsidRPr="00CD7197">
              <w:rPr>
                <w:rFonts w:ascii="Segoe UI Symbol" w:hAnsi="Segoe UI Symbol" w:cs="Segoe UI Symbol"/>
                <w:szCs w:val="20"/>
              </w:rPr>
              <w:t>☐</w:t>
            </w:r>
            <w:r w:rsidRPr="00CD7197">
              <w:rPr>
                <w:rFonts w:ascii="Calibri" w:hAnsi="Calibri" w:cs="Calibri"/>
                <w:szCs w:val="20"/>
              </w:rPr>
              <w:t xml:space="preserve"> </w:t>
            </w:r>
            <w:r w:rsidR="000269BF" w:rsidRPr="00CD7197">
              <w:rPr>
                <w:rFonts w:ascii="Calibri" w:hAnsi="Calibri" w:cs="Calibri"/>
                <w:szCs w:val="20"/>
              </w:rPr>
              <w:t>3</w:t>
            </w:r>
            <w:r w:rsidR="000269BF" w:rsidRPr="00CD7197">
              <w:rPr>
                <w:rFonts w:ascii="Calibri" w:hAnsi="Calibri" w:cs="Calibri"/>
                <w:szCs w:val="20"/>
                <w:vertAlign w:val="superscript"/>
              </w:rPr>
              <w:t>r</w:t>
            </w:r>
            <w:r w:rsidRPr="00CD7197">
              <w:rPr>
                <w:rFonts w:ascii="Calibri" w:hAnsi="Calibri" w:cs="Calibri"/>
                <w:szCs w:val="20"/>
                <w:vertAlign w:val="superscript"/>
              </w:rPr>
              <w:t>d</w:t>
            </w:r>
            <w:r w:rsidRPr="00CD7197">
              <w:rPr>
                <w:rFonts w:ascii="Calibri" w:hAnsi="Calibri" w:cs="Calibri"/>
                <w:szCs w:val="20"/>
              </w:rPr>
              <w:t xml:space="preserve"> Saturday meetings   </w:t>
            </w:r>
            <w:r w:rsidRPr="00CD7197">
              <w:rPr>
                <w:rFonts w:ascii="Segoe UI Symbol" w:hAnsi="Segoe UI Symbol" w:cs="Segoe UI Symbol"/>
                <w:szCs w:val="20"/>
              </w:rPr>
              <w:t>☐</w:t>
            </w:r>
            <w:r w:rsidRPr="00CD7197">
              <w:rPr>
                <w:rFonts w:ascii="Calibri" w:hAnsi="Calibri" w:cs="Calibri"/>
                <w:szCs w:val="20"/>
              </w:rPr>
              <w:t xml:space="preserve"> Special events   </w:t>
            </w:r>
            <w:r w:rsidRPr="00CD7197">
              <w:rPr>
                <w:rFonts w:ascii="Segoe UI Symbol" w:hAnsi="Segoe UI Symbol" w:cs="Segoe UI Symbol"/>
                <w:szCs w:val="20"/>
              </w:rPr>
              <w:t>☐</w:t>
            </w:r>
            <w:r w:rsidRPr="00CD7197">
              <w:rPr>
                <w:rFonts w:ascii="Calibri" w:hAnsi="Calibri" w:cs="Calibri"/>
                <w:szCs w:val="20"/>
              </w:rPr>
              <w:t xml:space="preserve"> Community service projects   </w:t>
            </w:r>
            <w:r w:rsidRPr="00CD7197">
              <w:rPr>
                <w:rFonts w:ascii="Segoe UI Symbol" w:hAnsi="Segoe UI Symbol" w:cs="Segoe UI Symbol"/>
                <w:szCs w:val="20"/>
              </w:rPr>
              <w:t>☐</w:t>
            </w:r>
            <w:r w:rsidRPr="00CD7197">
              <w:rPr>
                <w:rFonts w:ascii="Calibri" w:hAnsi="Calibri" w:cs="Calibri"/>
                <w:szCs w:val="20"/>
              </w:rPr>
              <w:t xml:space="preserve"> Occasional/As needed</w:t>
            </w:r>
          </w:p>
        </w:tc>
      </w:tr>
      <w:tr w:rsidR="00395A6B" w:rsidRPr="00CB6545" w14:paraId="2B412CC3" w14:textId="77777777">
        <w:tc>
          <w:tcPr>
            <w:tcW w:w="10368" w:type="dxa"/>
            <w:gridSpan w:val="2"/>
            <w:tcMar>
              <w:top w:w="45" w:type="dxa"/>
              <w:left w:w="70" w:type="dxa"/>
              <w:bottom w:w="45" w:type="dxa"/>
              <w:right w:w="70" w:type="dxa"/>
            </w:tcMar>
          </w:tcPr>
          <w:p w14:paraId="1BE263ED" w14:textId="77777777" w:rsidR="00395A6B" w:rsidRPr="00CD7197" w:rsidRDefault="00E972D4">
            <w:pPr>
              <w:spacing w:after="0"/>
              <w:rPr>
                <w:rFonts w:ascii="Calibri" w:hAnsi="Calibri" w:cs="Calibri"/>
                <w:szCs w:val="20"/>
              </w:rPr>
            </w:pPr>
            <w:r w:rsidRPr="00CD7197">
              <w:rPr>
                <w:rFonts w:ascii="Calibri" w:hAnsi="Calibri" w:cs="Calibri"/>
                <w:szCs w:val="20"/>
              </w:rPr>
              <w:t>Why are you interested in volunteering with EMBODI?</w:t>
            </w:r>
          </w:p>
          <w:p w14:paraId="5720420E" w14:textId="77777777" w:rsidR="00395A6B" w:rsidRPr="00CD7197" w:rsidRDefault="00E972D4">
            <w:pPr>
              <w:spacing w:after="100"/>
              <w:rPr>
                <w:rFonts w:ascii="Calibri" w:hAnsi="Calibri" w:cs="Calibri"/>
                <w:szCs w:val="20"/>
              </w:rPr>
            </w:pPr>
            <w:r w:rsidRPr="00CD7197">
              <w:rPr>
                <w:rFonts w:ascii="Calibri" w:hAnsi="Calibri" w:cs="Calibri"/>
                <w:szCs w:val="20"/>
              </w:rPr>
              <w:t>____________________________________________________________________________________________________</w:t>
            </w:r>
          </w:p>
          <w:p w14:paraId="0B92ED74" w14:textId="77777777" w:rsidR="00395A6B" w:rsidRPr="00CD7197" w:rsidRDefault="00E972D4">
            <w:pPr>
              <w:spacing w:after="100"/>
              <w:rPr>
                <w:rFonts w:ascii="Calibri" w:hAnsi="Calibri" w:cs="Calibri"/>
                <w:szCs w:val="20"/>
              </w:rPr>
            </w:pPr>
            <w:r w:rsidRPr="00CD7197">
              <w:rPr>
                <w:rFonts w:ascii="Calibri" w:hAnsi="Calibri" w:cs="Calibri"/>
                <w:szCs w:val="20"/>
              </w:rPr>
              <w:t>____________________________________________________________________________________________________</w:t>
            </w:r>
          </w:p>
          <w:p w14:paraId="1EAC30DE" w14:textId="77777777" w:rsidR="00395A6B" w:rsidRPr="00CD7197" w:rsidRDefault="00E972D4">
            <w:pPr>
              <w:spacing w:after="100"/>
              <w:rPr>
                <w:rFonts w:ascii="Calibri" w:hAnsi="Calibri" w:cs="Calibri"/>
                <w:szCs w:val="20"/>
              </w:rPr>
            </w:pPr>
            <w:r w:rsidRPr="00CD7197">
              <w:rPr>
                <w:rFonts w:ascii="Calibri" w:hAnsi="Calibri" w:cs="Calibri"/>
                <w:szCs w:val="20"/>
              </w:rPr>
              <w:t>____________________________________________________________________________________________________</w:t>
            </w:r>
          </w:p>
          <w:p w14:paraId="4EDB7131" w14:textId="77777777" w:rsidR="00395A6B" w:rsidRPr="00CD7197" w:rsidRDefault="00E972D4">
            <w:pPr>
              <w:spacing w:after="100"/>
              <w:rPr>
                <w:rFonts w:ascii="Calibri" w:hAnsi="Calibri" w:cs="Calibri"/>
                <w:szCs w:val="20"/>
              </w:rPr>
            </w:pPr>
            <w:r w:rsidRPr="00CD7197">
              <w:rPr>
                <w:rFonts w:ascii="Calibri" w:hAnsi="Calibri" w:cs="Calibri"/>
                <w:szCs w:val="20"/>
              </w:rPr>
              <w:t>____________________________________________________________________________________________________</w:t>
            </w:r>
          </w:p>
          <w:p w14:paraId="539235A6" w14:textId="77777777" w:rsidR="00395A6B" w:rsidRPr="00CD7197" w:rsidRDefault="00E972D4">
            <w:pPr>
              <w:spacing w:after="100"/>
              <w:rPr>
                <w:rFonts w:ascii="Calibri" w:hAnsi="Calibri" w:cs="Calibri"/>
                <w:szCs w:val="20"/>
              </w:rPr>
            </w:pPr>
            <w:r w:rsidRPr="00CD7197">
              <w:rPr>
                <w:rFonts w:ascii="Calibri" w:hAnsi="Calibri" w:cs="Calibri"/>
                <w:szCs w:val="20"/>
              </w:rPr>
              <w:lastRenderedPageBreak/>
              <w:t>____________________________________________________________________________________________________</w:t>
            </w:r>
          </w:p>
          <w:p w14:paraId="2B20FAC5" w14:textId="77777777" w:rsidR="00395A6B" w:rsidRPr="00CD7197" w:rsidRDefault="00E972D4">
            <w:pPr>
              <w:spacing w:after="100"/>
              <w:rPr>
                <w:rFonts w:ascii="Calibri" w:hAnsi="Calibri" w:cs="Calibri"/>
                <w:szCs w:val="20"/>
              </w:rPr>
            </w:pPr>
            <w:r w:rsidRPr="00CD7197">
              <w:rPr>
                <w:rFonts w:ascii="Calibri" w:hAnsi="Calibri" w:cs="Calibri"/>
                <w:szCs w:val="20"/>
              </w:rPr>
              <w:t>____________________________________________________________________________________________________</w:t>
            </w:r>
          </w:p>
        </w:tc>
      </w:tr>
      <w:tr w:rsidR="00395A6B" w:rsidRPr="00CB6545" w14:paraId="1D087A50" w14:textId="77777777">
        <w:tc>
          <w:tcPr>
            <w:tcW w:w="10368" w:type="dxa"/>
            <w:gridSpan w:val="2"/>
            <w:tcMar>
              <w:top w:w="45" w:type="dxa"/>
              <w:left w:w="70" w:type="dxa"/>
              <w:bottom w:w="45" w:type="dxa"/>
              <w:right w:w="70" w:type="dxa"/>
            </w:tcMar>
          </w:tcPr>
          <w:p w14:paraId="7E5EFC78" w14:textId="77777777" w:rsidR="00395A6B" w:rsidRPr="00CD7197" w:rsidRDefault="00E972D4">
            <w:pPr>
              <w:spacing w:after="0"/>
              <w:rPr>
                <w:rFonts w:ascii="Calibri" w:hAnsi="Calibri" w:cs="Calibri"/>
                <w:szCs w:val="20"/>
              </w:rPr>
            </w:pPr>
            <w:r w:rsidRPr="00CD7197">
              <w:rPr>
                <w:rFonts w:ascii="Calibri" w:hAnsi="Calibri" w:cs="Calibri"/>
                <w:szCs w:val="20"/>
              </w:rPr>
              <w:lastRenderedPageBreak/>
              <w:t>What strengths, skills, or experiences would you bring to the program?</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r w:rsidR="00395A6B" w:rsidRPr="00CB6545" w14:paraId="317D3399"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69490622" w14:textId="77777777" w:rsidR="00395A6B" w:rsidRPr="00CB6545" w:rsidRDefault="00E972D4">
            <w:pPr>
              <w:rPr>
                <w:rFonts w:ascii="Calibri" w:hAnsi="Calibri" w:cs="Calibri"/>
              </w:rPr>
            </w:pPr>
            <w:r w:rsidRPr="00CB6545">
              <w:rPr>
                <w:rFonts w:ascii="Calibri" w:hAnsi="Calibri" w:cs="Calibri"/>
                <w:b/>
                <w:color w:val="FFFFFF"/>
                <w:sz w:val="22"/>
              </w:rPr>
              <w:t>3. PRIOR VOLUNTEER / YOUTH EXPERIENCE</w:t>
            </w:r>
          </w:p>
        </w:tc>
      </w:tr>
    </w:tbl>
    <w:p w14:paraId="2B3147FB" w14:textId="77777777" w:rsidR="00395A6B" w:rsidRPr="00CB6545" w:rsidRDefault="00395A6B">
      <w:pPr>
        <w:spacing w:after="20"/>
        <w:rPr>
          <w:rFonts w:ascii="Calibri" w:hAnsi="Calibri" w:cs="Calibri"/>
        </w:rPr>
      </w:pPr>
    </w:p>
    <w:tbl>
      <w:tblPr>
        <w:tblW w:w="0" w:type="auto"/>
        <w:tblLayout w:type="fixed"/>
        <w:tblLook w:val="04A0" w:firstRow="1" w:lastRow="0" w:firstColumn="1" w:lastColumn="0" w:noHBand="0" w:noVBand="1"/>
      </w:tblPr>
      <w:tblGrid>
        <w:gridCol w:w="10368"/>
        <w:gridCol w:w="20"/>
      </w:tblGrid>
      <w:tr w:rsidR="00395A6B" w:rsidRPr="00CB6545" w14:paraId="395D4913" w14:textId="77777777">
        <w:tc>
          <w:tcPr>
            <w:tcW w:w="10368" w:type="dxa"/>
            <w:gridSpan w:val="2"/>
            <w:tcMar>
              <w:top w:w="45" w:type="dxa"/>
              <w:left w:w="70" w:type="dxa"/>
              <w:bottom w:w="45" w:type="dxa"/>
              <w:right w:w="70" w:type="dxa"/>
            </w:tcMar>
          </w:tcPr>
          <w:p w14:paraId="1CA32208" w14:textId="77777777" w:rsidR="00395A6B" w:rsidRPr="00CD7197" w:rsidRDefault="00E972D4">
            <w:pPr>
              <w:spacing w:after="0"/>
              <w:rPr>
                <w:rFonts w:ascii="Calibri" w:hAnsi="Calibri" w:cs="Calibri"/>
                <w:szCs w:val="20"/>
              </w:rPr>
            </w:pPr>
            <w:r w:rsidRPr="00CD7197">
              <w:rPr>
                <w:rFonts w:ascii="Calibri" w:hAnsi="Calibri" w:cs="Calibri"/>
                <w:szCs w:val="20"/>
              </w:rPr>
              <w:t xml:space="preserve">Have you previously volunteered, mentored, coached, taught, or worked with youth?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239A6F23" w14:textId="77777777">
        <w:tc>
          <w:tcPr>
            <w:tcW w:w="10368" w:type="dxa"/>
            <w:gridSpan w:val="2"/>
            <w:tcMar>
              <w:top w:w="45" w:type="dxa"/>
              <w:left w:w="70" w:type="dxa"/>
              <w:bottom w:w="45" w:type="dxa"/>
              <w:right w:w="70" w:type="dxa"/>
            </w:tcMar>
          </w:tcPr>
          <w:p w14:paraId="4AC93245" w14:textId="77777777" w:rsidR="00395A6B" w:rsidRPr="00CD7197" w:rsidRDefault="00E972D4">
            <w:pPr>
              <w:spacing w:after="0"/>
              <w:rPr>
                <w:rFonts w:ascii="Calibri" w:hAnsi="Calibri" w:cs="Calibri"/>
                <w:szCs w:val="20"/>
              </w:rPr>
            </w:pPr>
            <w:r w:rsidRPr="00CD7197">
              <w:rPr>
                <w:rFonts w:ascii="Calibri" w:hAnsi="Calibri" w:cs="Calibri"/>
                <w:szCs w:val="20"/>
              </w:rPr>
              <w:t>If Yes, list organization(s), role(s), age group(s), and approximate dates:</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r w:rsidR="00395A6B" w:rsidRPr="00CB6545" w14:paraId="687EE382" w14:textId="77777777">
        <w:tc>
          <w:tcPr>
            <w:tcW w:w="10368" w:type="dxa"/>
            <w:gridSpan w:val="2"/>
            <w:tcMar>
              <w:top w:w="45" w:type="dxa"/>
              <w:left w:w="70" w:type="dxa"/>
              <w:bottom w:w="45" w:type="dxa"/>
              <w:right w:w="70" w:type="dxa"/>
            </w:tcMar>
          </w:tcPr>
          <w:p w14:paraId="76A66508" w14:textId="77777777" w:rsidR="00395A6B" w:rsidRPr="00CD7197" w:rsidRDefault="00E972D4">
            <w:pPr>
              <w:spacing w:after="0"/>
              <w:rPr>
                <w:rFonts w:ascii="Calibri" w:hAnsi="Calibri" w:cs="Calibri"/>
                <w:szCs w:val="20"/>
              </w:rPr>
            </w:pPr>
            <w:r w:rsidRPr="00CD7197">
              <w:rPr>
                <w:rFonts w:ascii="Calibri" w:hAnsi="Calibri" w:cs="Calibri"/>
                <w:szCs w:val="20"/>
              </w:rPr>
              <w:t xml:space="preserve">Have you ever been asked to resign, been dismissed, suspended, or prohibited from volunteering with a youth-serving organization?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5A91E39A" w14:textId="77777777">
        <w:tc>
          <w:tcPr>
            <w:tcW w:w="10368" w:type="dxa"/>
            <w:gridSpan w:val="2"/>
            <w:tcMar>
              <w:top w:w="45" w:type="dxa"/>
              <w:left w:w="70" w:type="dxa"/>
              <w:bottom w:w="45" w:type="dxa"/>
              <w:right w:w="70" w:type="dxa"/>
            </w:tcMar>
          </w:tcPr>
          <w:p w14:paraId="66EAD8F4" w14:textId="77777777" w:rsidR="00395A6B" w:rsidRPr="00CD7197" w:rsidRDefault="00E972D4">
            <w:pPr>
              <w:spacing w:after="0"/>
              <w:rPr>
                <w:rFonts w:ascii="Calibri" w:hAnsi="Calibri" w:cs="Calibri"/>
                <w:szCs w:val="20"/>
              </w:rPr>
            </w:pPr>
            <w:r w:rsidRPr="00CD7197">
              <w:rPr>
                <w:rFonts w:ascii="Calibri" w:hAnsi="Calibri" w:cs="Calibri"/>
                <w:szCs w:val="20"/>
              </w:rPr>
              <w:t>If Yes, explain: 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r w:rsidR="00395A6B" w:rsidRPr="00CB6545" w14:paraId="7D7962CE"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29D5786B" w14:textId="77777777" w:rsidR="00395A6B" w:rsidRPr="00CB6545" w:rsidRDefault="00E972D4">
            <w:pPr>
              <w:rPr>
                <w:rFonts w:ascii="Calibri" w:hAnsi="Calibri" w:cs="Calibri"/>
              </w:rPr>
            </w:pPr>
            <w:r w:rsidRPr="00CB6545">
              <w:rPr>
                <w:rFonts w:ascii="Calibri" w:hAnsi="Calibri" w:cs="Calibri"/>
                <w:b/>
                <w:color w:val="FFFFFF"/>
                <w:sz w:val="22"/>
              </w:rPr>
              <w:t>4. EDUCATION, CAREER &amp; SPECIAL SKILLS</w:t>
            </w:r>
          </w:p>
        </w:tc>
      </w:tr>
    </w:tbl>
    <w:p w14:paraId="34D0730C" w14:textId="77777777" w:rsidR="00395A6B" w:rsidRPr="00CB6545" w:rsidRDefault="00395A6B">
      <w:pPr>
        <w:spacing w:after="20"/>
        <w:rPr>
          <w:rFonts w:ascii="Calibri" w:hAnsi="Calibri" w:cs="Calibri"/>
        </w:rPr>
      </w:pPr>
    </w:p>
    <w:tbl>
      <w:tblPr>
        <w:tblW w:w="0" w:type="auto"/>
        <w:tblInd w:w="-20" w:type="dxa"/>
        <w:tblLayout w:type="fixed"/>
        <w:tblLook w:val="04A0" w:firstRow="1" w:lastRow="0" w:firstColumn="1" w:lastColumn="0" w:noHBand="0" w:noVBand="1"/>
      </w:tblPr>
      <w:tblGrid>
        <w:gridCol w:w="20"/>
        <w:gridCol w:w="10348"/>
        <w:gridCol w:w="20"/>
      </w:tblGrid>
      <w:tr w:rsidR="00395A6B" w:rsidRPr="00CB6545" w14:paraId="4157C058" w14:textId="77777777" w:rsidTr="000269BF">
        <w:trPr>
          <w:gridBefore w:val="1"/>
          <w:wBefore w:w="20" w:type="dxa"/>
        </w:trPr>
        <w:tc>
          <w:tcPr>
            <w:tcW w:w="10368" w:type="dxa"/>
            <w:gridSpan w:val="2"/>
            <w:tcMar>
              <w:top w:w="45" w:type="dxa"/>
              <w:left w:w="70" w:type="dxa"/>
              <w:bottom w:w="45" w:type="dxa"/>
              <w:right w:w="70" w:type="dxa"/>
            </w:tcMar>
          </w:tcPr>
          <w:p w14:paraId="3BDA50BA" w14:textId="77777777" w:rsidR="00395A6B" w:rsidRPr="00CD7197" w:rsidRDefault="00E972D4">
            <w:pPr>
              <w:spacing w:after="0"/>
              <w:rPr>
                <w:rFonts w:ascii="Calibri" w:hAnsi="Calibri" w:cs="Calibri"/>
                <w:szCs w:val="20"/>
              </w:rPr>
            </w:pPr>
            <w:r w:rsidRPr="00CD7197">
              <w:rPr>
                <w:rFonts w:ascii="Calibri" w:hAnsi="Calibri" w:cs="Calibri"/>
                <w:szCs w:val="20"/>
              </w:rPr>
              <w:t xml:space="preserve">Highest level of education completed:   </w:t>
            </w:r>
            <w:r w:rsidRPr="00CD7197">
              <w:rPr>
                <w:rFonts w:ascii="Segoe UI Symbol" w:hAnsi="Segoe UI Symbol" w:cs="Segoe UI Symbol"/>
                <w:szCs w:val="20"/>
              </w:rPr>
              <w:t>☐</w:t>
            </w:r>
            <w:r w:rsidRPr="00CD7197">
              <w:rPr>
                <w:rFonts w:ascii="Calibri" w:hAnsi="Calibri" w:cs="Calibri"/>
                <w:szCs w:val="20"/>
              </w:rPr>
              <w:t xml:space="preserve"> High School/GED   </w:t>
            </w:r>
            <w:r w:rsidRPr="00CD7197">
              <w:rPr>
                <w:rFonts w:ascii="Segoe UI Symbol" w:hAnsi="Segoe UI Symbol" w:cs="Segoe UI Symbol"/>
                <w:szCs w:val="20"/>
              </w:rPr>
              <w:t>☐</w:t>
            </w:r>
            <w:r w:rsidRPr="00CD7197">
              <w:rPr>
                <w:rFonts w:ascii="Calibri" w:hAnsi="Calibri" w:cs="Calibri"/>
                <w:szCs w:val="20"/>
              </w:rPr>
              <w:t xml:space="preserve"> Some College   </w:t>
            </w:r>
            <w:r w:rsidRPr="00CD7197">
              <w:rPr>
                <w:rFonts w:ascii="Segoe UI Symbol" w:hAnsi="Segoe UI Symbol" w:cs="Segoe UI Symbol"/>
                <w:szCs w:val="20"/>
              </w:rPr>
              <w:t>☐</w:t>
            </w:r>
            <w:r w:rsidRPr="00CD7197">
              <w:rPr>
                <w:rFonts w:ascii="Calibri" w:hAnsi="Calibri" w:cs="Calibri"/>
                <w:szCs w:val="20"/>
              </w:rPr>
              <w:t xml:space="preserve"> Associate   </w:t>
            </w:r>
            <w:r w:rsidRPr="00CD7197">
              <w:rPr>
                <w:rFonts w:ascii="Segoe UI Symbol" w:hAnsi="Segoe UI Symbol" w:cs="Segoe UI Symbol"/>
                <w:szCs w:val="20"/>
              </w:rPr>
              <w:t>☐</w:t>
            </w:r>
            <w:r w:rsidRPr="00CD7197">
              <w:rPr>
                <w:rFonts w:ascii="Calibri" w:hAnsi="Calibri" w:cs="Calibri"/>
                <w:szCs w:val="20"/>
              </w:rPr>
              <w:t xml:space="preserve"> Bachelor’s   </w:t>
            </w:r>
            <w:r w:rsidRPr="00CD7197">
              <w:rPr>
                <w:rFonts w:ascii="Segoe UI Symbol" w:hAnsi="Segoe UI Symbol" w:cs="Segoe UI Symbol"/>
                <w:szCs w:val="20"/>
              </w:rPr>
              <w:t>☐</w:t>
            </w:r>
            <w:r w:rsidRPr="00CD7197">
              <w:rPr>
                <w:rFonts w:ascii="Calibri" w:hAnsi="Calibri" w:cs="Calibri"/>
                <w:szCs w:val="20"/>
              </w:rPr>
              <w:t xml:space="preserve"> Graduate/Professional   </w:t>
            </w:r>
            <w:r w:rsidRPr="00CD7197">
              <w:rPr>
                <w:rFonts w:ascii="Segoe UI Symbol" w:hAnsi="Segoe UI Symbol" w:cs="Segoe UI Symbol"/>
                <w:szCs w:val="20"/>
              </w:rPr>
              <w:t>☐</w:t>
            </w:r>
            <w:r w:rsidRPr="00CD7197">
              <w:rPr>
                <w:rFonts w:ascii="Calibri" w:hAnsi="Calibri" w:cs="Calibri"/>
                <w:szCs w:val="20"/>
              </w:rPr>
              <w:t xml:space="preserve"> Other</w:t>
            </w:r>
          </w:p>
        </w:tc>
      </w:tr>
      <w:tr w:rsidR="00395A6B" w:rsidRPr="00CB6545" w14:paraId="2683288C" w14:textId="77777777" w:rsidTr="000269BF">
        <w:trPr>
          <w:gridBefore w:val="1"/>
          <w:wBefore w:w="20" w:type="dxa"/>
        </w:trPr>
        <w:tc>
          <w:tcPr>
            <w:tcW w:w="10368" w:type="dxa"/>
            <w:gridSpan w:val="2"/>
            <w:tcMar>
              <w:top w:w="45" w:type="dxa"/>
              <w:left w:w="70" w:type="dxa"/>
              <w:bottom w:w="45" w:type="dxa"/>
              <w:right w:w="70" w:type="dxa"/>
            </w:tcMar>
          </w:tcPr>
          <w:p w14:paraId="5E7AC277" w14:textId="77777777" w:rsidR="00395A6B" w:rsidRPr="00CD7197" w:rsidRDefault="00E972D4">
            <w:pPr>
              <w:spacing w:after="0"/>
              <w:rPr>
                <w:rFonts w:ascii="Calibri" w:hAnsi="Calibri" w:cs="Calibri"/>
                <w:szCs w:val="20"/>
              </w:rPr>
            </w:pPr>
            <w:r w:rsidRPr="00CD7197">
              <w:rPr>
                <w:rFonts w:ascii="Calibri" w:hAnsi="Calibri" w:cs="Calibri"/>
                <w:szCs w:val="20"/>
              </w:rPr>
              <w:t>Degree(s), certification(s), trade(s), or license(s): ______________________________________________________</w:t>
            </w:r>
          </w:p>
        </w:tc>
      </w:tr>
      <w:tr w:rsidR="00395A6B" w:rsidRPr="00CB6545" w14:paraId="62A330C5" w14:textId="77777777" w:rsidTr="000269BF">
        <w:trPr>
          <w:gridBefore w:val="1"/>
          <w:wBefore w:w="20" w:type="dxa"/>
        </w:trPr>
        <w:tc>
          <w:tcPr>
            <w:tcW w:w="10368" w:type="dxa"/>
            <w:gridSpan w:val="2"/>
            <w:tcMar>
              <w:top w:w="45" w:type="dxa"/>
              <w:left w:w="70" w:type="dxa"/>
              <w:bottom w:w="45" w:type="dxa"/>
              <w:right w:w="70" w:type="dxa"/>
            </w:tcMar>
          </w:tcPr>
          <w:p w14:paraId="10B74A1F" w14:textId="77777777" w:rsidR="00395A6B" w:rsidRPr="00CD7197" w:rsidRDefault="00E972D4">
            <w:pPr>
              <w:spacing w:after="0"/>
              <w:rPr>
                <w:rFonts w:ascii="Calibri" w:hAnsi="Calibri" w:cs="Calibri"/>
                <w:szCs w:val="20"/>
              </w:rPr>
            </w:pPr>
            <w:r w:rsidRPr="00CD7197">
              <w:rPr>
                <w:rFonts w:ascii="Calibri" w:hAnsi="Calibri" w:cs="Calibri"/>
                <w:szCs w:val="20"/>
              </w:rPr>
              <w:t>Current / Most Recent Career Field or Profession: ________________________________________________________</w:t>
            </w:r>
          </w:p>
        </w:tc>
      </w:tr>
      <w:tr w:rsidR="00395A6B" w:rsidRPr="00CB6545" w14:paraId="03C930D0" w14:textId="77777777" w:rsidTr="000269BF">
        <w:trPr>
          <w:gridBefore w:val="1"/>
          <w:wBefore w:w="20" w:type="dxa"/>
        </w:trPr>
        <w:tc>
          <w:tcPr>
            <w:tcW w:w="10368" w:type="dxa"/>
            <w:gridSpan w:val="2"/>
            <w:tcMar>
              <w:top w:w="45" w:type="dxa"/>
              <w:left w:w="70" w:type="dxa"/>
              <w:bottom w:w="45" w:type="dxa"/>
              <w:right w:w="70" w:type="dxa"/>
            </w:tcMar>
          </w:tcPr>
          <w:p w14:paraId="2992E789" w14:textId="77777777" w:rsidR="00395A6B" w:rsidRPr="00CD7197" w:rsidRDefault="00E972D4">
            <w:pPr>
              <w:spacing w:after="0"/>
              <w:rPr>
                <w:rFonts w:ascii="Calibri" w:hAnsi="Calibri" w:cs="Calibri"/>
                <w:szCs w:val="20"/>
              </w:rPr>
            </w:pPr>
            <w:r w:rsidRPr="00CD7197">
              <w:rPr>
                <w:rFonts w:ascii="Calibri" w:hAnsi="Calibri" w:cs="Calibri"/>
                <w:szCs w:val="20"/>
              </w:rPr>
              <w:t>Years of experience in field: ___________________   Current Job Title (if applicable): _________________________</w:t>
            </w:r>
          </w:p>
        </w:tc>
      </w:tr>
      <w:tr w:rsidR="00395A6B" w:rsidRPr="00CB6545" w14:paraId="50C969EC" w14:textId="77777777" w:rsidTr="000269BF">
        <w:trPr>
          <w:gridBefore w:val="1"/>
          <w:wBefore w:w="20" w:type="dxa"/>
        </w:trPr>
        <w:tc>
          <w:tcPr>
            <w:tcW w:w="10368" w:type="dxa"/>
            <w:gridSpan w:val="2"/>
            <w:tcMar>
              <w:top w:w="45" w:type="dxa"/>
              <w:left w:w="70" w:type="dxa"/>
              <w:bottom w:w="45" w:type="dxa"/>
              <w:right w:w="70" w:type="dxa"/>
            </w:tcMar>
          </w:tcPr>
          <w:p w14:paraId="58625E53" w14:textId="78F3FDE5" w:rsidR="00395A6B" w:rsidRPr="00CD7197" w:rsidRDefault="00E972D4">
            <w:pPr>
              <w:spacing w:after="0"/>
              <w:rPr>
                <w:rFonts w:ascii="Calibri" w:hAnsi="Calibri" w:cs="Calibri"/>
                <w:szCs w:val="20"/>
              </w:rPr>
            </w:pPr>
            <w:r w:rsidRPr="00CD7197">
              <w:rPr>
                <w:rFonts w:ascii="Calibri" w:hAnsi="Calibri" w:cs="Calibri"/>
                <w:szCs w:val="20"/>
              </w:rPr>
              <w:t xml:space="preserve">Areas you could support:   </w:t>
            </w:r>
            <w:r w:rsidRPr="00CD7197">
              <w:rPr>
                <w:rFonts w:ascii="Segoe UI Symbol" w:hAnsi="Segoe UI Symbol" w:cs="Segoe UI Symbol"/>
                <w:szCs w:val="20"/>
              </w:rPr>
              <w:t>☐</w:t>
            </w:r>
            <w:r w:rsidRPr="00CD7197">
              <w:rPr>
                <w:rFonts w:ascii="Calibri" w:hAnsi="Calibri" w:cs="Calibri"/>
                <w:szCs w:val="20"/>
              </w:rPr>
              <w:t xml:space="preserve"> Leadership   </w:t>
            </w:r>
            <w:r w:rsidRPr="00CD7197">
              <w:rPr>
                <w:rFonts w:ascii="Segoe UI Symbol" w:hAnsi="Segoe UI Symbol" w:cs="Segoe UI Symbol"/>
                <w:szCs w:val="20"/>
              </w:rPr>
              <w:t>☐</w:t>
            </w:r>
            <w:r w:rsidRPr="00CD7197">
              <w:rPr>
                <w:rFonts w:ascii="Calibri" w:hAnsi="Calibri" w:cs="Calibri"/>
                <w:szCs w:val="20"/>
              </w:rPr>
              <w:t xml:space="preserve"> Financial Literacy   </w:t>
            </w:r>
            <w:r w:rsidRPr="00CD7197">
              <w:rPr>
                <w:rFonts w:ascii="Segoe UI Symbol" w:hAnsi="Segoe UI Symbol" w:cs="Segoe UI Symbol"/>
                <w:szCs w:val="20"/>
              </w:rPr>
              <w:t>☐</w:t>
            </w:r>
            <w:r w:rsidRPr="00CD7197">
              <w:rPr>
                <w:rFonts w:ascii="Calibri" w:hAnsi="Calibri" w:cs="Calibri"/>
                <w:szCs w:val="20"/>
              </w:rPr>
              <w:t xml:space="preserve"> Career Readiness   </w:t>
            </w:r>
            <w:r w:rsidRPr="00CD7197">
              <w:rPr>
                <w:rFonts w:ascii="Segoe UI Symbol" w:hAnsi="Segoe UI Symbol" w:cs="Segoe UI Symbol"/>
                <w:szCs w:val="20"/>
              </w:rPr>
              <w:t>☐</w:t>
            </w:r>
            <w:r w:rsidRPr="00CD7197">
              <w:rPr>
                <w:rFonts w:ascii="Calibri" w:hAnsi="Calibri" w:cs="Calibri"/>
                <w:szCs w:val="20"/>
              </w:rPr>
              <w:t xml:space="preserve"> College/Trade Exposure   </w:t>
            </w:r>
            <w:r w:rsidR="000269BF" w:rsidRPr="00CD7197">
              <w:rPr>
                <w:rFonts w:ascii="Calibri" w:hAnsi="Calibri" w:cs="Calibri"/>
                <w:szCs w:val="20"/>
              </w:rPr>
              <w:t xml:space="preserve">                          </w:t>
            </w:r>
            <w:r w:rsidRPr="00CD7197">
              <w:rPr>
                <w:rFonts w:ascii="Segoe UI Symbol" w:hAnsi="Segoe UI Symbol" w:cs="Segoe UI Symbol"/>
                <w:szCs w:val="20"/>
              </w:rPr>
              <w:t>☐</w:t>
            </w:r>
            <w:r w:rsidRPr="00CD7197">
              <w:rPr>
                <w:rFonts w:ascii="Calibri" w:hAnsi="Calibri" w:cs="Calibri"/>
                <w:szCs w:val="20"/>
              </w:rPr>
              <w:t xml:space="preserve"> Resume/Interview Skills</w:t>
            </w:r>
            <w:r w:rsidR="000269BF" w:rsidRPr="00CD7197">
              <w:rPr>
                <w:rFonts w:ascii="Calibri" w:hAnsi="Calibri" w:cs="Calibri"/>
                <w:szCs w:val="20"/>
              </w:rPr>
              <w:t xml:space="preserve">    </w:t>
            </w:r>
            <w:r w:rsidR="000269BF" w:rsidRPr="00CD7197">
              <w:rPr>
                <w:rFonts w:ascii="Segoe UI Symbol" w:hAnsi="Segoe UI Symbol" w:cs="Segoe UI Symbol"/>
                <w:szCs w:val="20"/>
              </w:rPr>
              <w:t>☐</w:t>
            </w:r>
            <w:r w:rsidR="000269BF" w:rsidRPr="00CD7197">
              <w:rPr>
                <w:rFonts w:ascii="Calibri" w:hAnsi="Calibri" w:cs="Calibri"/>
                <w:szCs w:val="20"/>
              </w:rPr>
              <w:t xml:space="preserve"> Law Enforcement Interaction   </w:t>
            </w:r>
            <w:r w:rsidR="000269BF" w:rsidRPr="00CD7197">
              <w:rPr>
                <w:rFonts w:ascii="Segoe UI Symbol" w:hAnsi="Segoe UI Symbol" w:cs="Segoe UI Symbol"/>
                <w:szCs w:val="20"/>
              </w:rPr>
              <w:t>☐</w:t>
            </w:r>
            <w:r w:rsidR="000269BF" w:rsidRPr="00CD7197">
              <w:rPr>
                <w:rFonts w:ascii="Calibri" w:hAnsi="Calibri" w:cs="Calibri"/>
                <w:szCs w:val="20"/>
              </w:rPr>
              <w:t xml:space="preserve"> Community Service   </w:t>
            </w:r>
            <w:r w:rsidR="000269BF" w:rsidRPr="00CD7197">
              <w:rPr>
                <w:rFonts w:ascii="Segoe UI Symbol" w:hAnsi="Segoe UI Symbol" w:cs="Segoe UI Symbol"/>
                <w:szCs w:val="20"/>
              </w:rPr>
              <w:t>☐</w:t>
            </w:r>
            <w:r w:rsidR="000269BF" w:rsidRPr="00CD7197">
              <w:rPr>
                <w:rFonts w:ascii="Calibri" w:hAnsi="Calibri" w:cs="Calibri"/>
                <w:szCs w:val="20"/>
              </w:rPr>
              <w:t xml:space="preserve"> Life Skills   </w:t>
            </w:r>
            <w:r w:rsidR="000269BF" w:rsidRPr="00CD7197">
              <w:rPr>
                <w:rFonts w:ascii="Segoe UI Symbol" w:hAnsi="Segoe UI Symbol" w:cs="Segoe UI Symbol"/>
                <w:szCs w:val="20"/>
              </w:rPr>
              <w:t>☐</w:t>
            </w:r>
            <w:r w:rsidR="000269BF" w:rsidRPr="00CD7197">
              <w:rPr>
                <w:rFonts w:ascii="Calibri" w:hAnsi="Calibri" w:cs="Calibri"/>
                <w:szCs w:val="20"/>
              </w:rPr>
              <w:t xml:space="preserve"> Health/Fitness   </w:t>
            </w:r>
            <w:r w:rsidR="000269BF" w:rsidRPr="00CD7197">
              <w:rPr>
                <w:rFonts w:ascii="Segoe UI Symbol" w:hAnsi="Segoe UI Symbol" w:cs="Segoe UI Symbol"/>
                <w:szCs w:val="20"/>
              </w:rPr>
              <w:t>☐</w:t>
            </w:r>
            <w:r w:rsidR="000269BF" w:rsidRPr="00CD7197">
              <w:rPr>
                <w:rFonts w:ascii="Calibri" w:hAnsi="Calibri" w:cs="Calibri"/>
                <w:szCs w:val="20"/>
              </w:rPr>
              <w:t xml:space="preserve"> Other</w:t>
            </w:r>
          </w:p>
        </w:tc>
      </w:tr>
      <w:tr w:rsidR="00395A6B" w:rsidRPr="00CB6545" w14:paraId="56B3CA2D" w14:textId="77777777" w:rsidTr="000269BF">
        <w:trPr>
          <w:gridBefore w:val="1"/>
          <w:wBefore w:w="20" w:type="dxa"/>
        </w:trPr>
        <w:tc>
          <w:tcPr>
            <w:tcW w:w="10368" w:type="dxa"/>
            <w:gridSpan w:val="2"/>
            <w:tcMar>
              <w:top w:w="45" w:type="dxa"/>
              <w:left w:w="70" w:type="dxa"/>
              <w:bottom w:w="45" w:type="dxa"/>
              <w:right w:w="70" w:type="dxa"/>
            </w:tcMar>
          </w:tcPr>
          <w:p w14:paraId="74CF7B22" w14:textId="77777777" w:rsidR="00395A6B" w:rsidRPr="00CD7197" w:rsidRDefault="00E972D4">
            <w:pPr>
              <w:spacing w:after="0"/>
              <w:rPr>
                <w:rFonts w:ascii="Calibri" w:hAnsi="Calibri" w:cs="Calibri"/>
                <w:szCs w:val="20"/>
              </w:rPr>
            </w:pPr>
            <w:r w:rsidRPr="00CD7197">
              <w:rPr>
                <w:rFonts w:ascii="Calibri" w:hAnsi="Calibri" w:cs="Calibri"/>
                <w:szCs w:val="20"/>
              </w:rPr>
              <w:t>Other talents, hobbies, professional memberships, or relevant experience:</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r w:rsidR="00395A6B" w:rsidRPr="00CB6545" w14:paraId="6D9CDC40" w14:textId="77777777" w:rsidTr="000269BF">
        <w:tblPrEx>
          <w:jc w:val="center"/>
          <w:tblInd w:w="0" w:type="dxa"/>
        </w:tblPrEx>
        <w:trPr>
          <w:gridAfter w:val="1"/>
          <w:wAfter w:w="20" w:type="dxa"/>
          <w:jc w:val="center"/>
        </w:trPr>
        <w:tc>
          <w:tcPr>
            <w:tcW w:w="10368" w:type="dxa"/>
            <w:gridSpan w:val="2"/>
            <w:shd w:val="clear" w:color="auto" w:fill="A00000"/>
            <w:tcMar>
              <w:top w:w="60" w:type="dxa"/>
              <w:left w:w="90" w:type="dxa"/>
              <w:bottom w:w="60" w:type="dxa"/>
              <w:right w:w="90" w:type="dxa"/>
            </w:tcMar>
          </w:tcPr>
          <w:p w14:paraId="5FE84B47" w14:textId="43603AEB" w:rsidR="00395A6B" w:rsidRPr="00CB6545" w:rsidRDefault="00E972D4">
            <w:pPr>
              <w:rPr>
                <w:rFonts w:ascii="Calibri" w:hAnsi="Calibri" w:cs="Calibri"/>
              </w:rPr>
            </w:pPr>
            <w:r w:rsidRPr="00CB6545">
              <w:rPr>
                <w:rFonts w:ascii="Calibri" w:hAnsi="Calibri" w:cs="Calibri"/>
              </w:rPr>
              <w:br w:type="page"/>
            </w:r>
            <w:r w:rsidRPr="00CB6545">
              <w:rPr>
                <w:rFonts w:ascii="Calibri" w:hAnsi="Calibri" w:cs="Calibri"/>
                <w:b/>
                <w:color w:val="FFFFFF"/>
                <w:sz w:val="22"/>
              </w:rPr>
              <w:t>5. CRIMINAL HISTORY &amp; YOUTH-SAFETY SCREENING</w:t>
            </w:r>
          </w:p>
        </w:tc>
      </w:tr>
    </w:tbl>
    <w:p w14:paraId="35BA6DF3" w14:textId="77777777" w:rsidR="00395A6B" w:rsidRPr="00CB6545" w:rsidRDefault="00395A6B">
      <w:pPr>
        <w:spacing w:after="20"/>
        <w:rPr>
          <w:rFonts w:ascii="Calibri" w:hAnsi="Calibri" w:cs="Calibri"/>
        </w:rPr>
      </w:pPr>
    </w:p>
    <w:p w14:paraId="4C18CFEE" w14:textId="77777777" w:rsidR="00395A6B" w:rsidRPr="00CD7197" w:rsidRDefault="00E972D4">
      <w:pPr>
        <w:spacing w:after="80"/>
        <w:rPr>
          <w:rFonts w:ascii="Calibri" w:hAnsi="Calibri" w:cs="Calibri"/>
          <w:szCs w:val="20"/>
        </w:rPr>
      </w:pPr>
      <w:r w:rsidRPr="00CD7197">
        <w:rPr>
          <w:rFonts w:ascii="Calibri" w:hAnsi="Calibri" w:cs="Calibri"/>
          <w:i/>
          <w:szCs w:val="20"/>
        </w:rPr>
        <w:t>Please answer every question truthfully. A “Yes” response does not automatically disqualify an applicant; circumstances may be reviewed individually, subject to program policy and applicable law.</w:t>
      </w:r>
    </w:p>
    <w:tbl>
      <w:tblPr>
        <w:tblW w:w="0" w:type="auto"/>
        <w:tblLayout w:type="fixed"/>
        <w:tblLook w:val="04A0" w:firstRow="1" w:lastRow="0" w:firstColumn="1" w:lastColumn="0" w:noHBand="0" w:noVBand="1"/>
      </w:tblPr>
      <w:tblGrid>
        <w:gridCol w:w="10368"/>
        <w:gridCol w:w="20"/>
      </w:tblGrid>
      <w:tr w:rsidR="00395A6B" w:rsidRPr="00CD7197" w14:paraId="2F9282AC" w14:textId="77777777">
        <w:tc>
          <w:tcPr>
            <w:tcW w:w="10368" w:type="dxa"/>
            <w:gridSpan w:val="2"/>
            <w:tcMar>
              <w:top w:w="45" w:type="dxa"/>
              <w:left w:w="70" w:type="dxa"/>
              <w:bottom w:w="45" w:type="dxa"/>
              <w:right w:w="70" w:type="dxa"/>
            </w:tcMar>
          </w:tcPr>
          <w:p w14:paraId="6EEDB054" w14:textId="77777777" w:rsidR="00395A6B" w:rsidRPr="00CD7197" w:rsidRDefault="00E972D4">
            <w:pPr>
              <w:spacing w:after="0"/>
              <w:rPr>
                <w:rFonts w:ascii="Calibri" w:hAnsi="Calibri" w:cs="Calibri"/>
                <w:szCs w:val="20"/>
              </w:rPr>
            </w:pPr>
            <w:r w:rsidRPr="00CD7197">
              <w:rPr>
                <w:rFonts w:ascii="Calibri" w:hAnsi="Calibri" w:cs="Calibri"/>
                <w:szCs w:val="20"/>
              </w:rPr>
              <w:t xml:space="preserve">1. Have you ever been convicted of, pled guilty or no contest to, or received a deferred disposition for a criminal offense (other than minor traffic violations)?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D7197" w14:paraId="35C6B51E" w14:textId="77777777">
        <w:tc>
          <w:tcPr>
            <w:tcW w:w="10368" w:type="dxa"/>
            <w:gridSpan w:val="2"/>
            <w:tcMar>
              <w:top w:w="45" w:type="dxa"/>
              <w:left w:w="70" w:type="dxa"/>
              <w:bottom w:w="45" w:type="dxa"/>
              <w:right w:w="70" w:type="dxa"/>
            </w:tcMar>
          </w:tcPr>
          <w:p w14:paraId="22ABD994" w14:textId="77777777" w:rsidR="00395A6B" w:rsidRPr="00CD7197" w:rsidRDefault="00E972D4">
            <w:pPr>
              <w:spacing w:after="0"/>
              <w:rPr>
                <w:rFonts w:ascii="Calibri" w:hAnsi="Calibri" w:cs="Calibri"/>
                <w:szCs w:val="20"/>
              </w:rPr>
            </w:pPr>
            <w:r w:rsidRPr="00CD7197">
              <w:rPr>
                <w:rFonts w:ascii="Calibri" w:hAnsi="Calibri" w:cs="Calibri"/>
                <w:szCs w:val="20"/>
              </w:rPr>
              <w:t xml:space="preserve">2. Are any criminal charges currently pending against you?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D7197" w14:paraId="7B873531" w14:textId="77777777">
        <w:tc>
          <w:tcPr>
            <w:tcW w:w="10368" w:type="dxa"/>
            <w:gridSpan w:val="2"/>
            <w:tcMar>
              <w:top w:w="45" w:type="dxa"/>
              <w:left w:w="70" w:type="dxa"/>
              <w:bottom w:w="45" w:type="dxa"/>
              <w:right w:w="70" w:type="dxa"/>
            </w:tcMar>
          </w:tcPr>
          <w:p w14:paraId="231F1C23" w14:textId="77777777" w:rsidR="00395A6B" w:rsidRPr="00CD7197" w:rsidRDefault="00E972D4">
            <w:pPr>
              <w:spacing w:after="0"/>
              <w:rPr>
                <w:rFonts w:ascii="Calibri" w:hAnsi="Calibri" w:cs="Calibri"/>
                <w:szCs w:val="20"/>
              </w:rPr>
            </w:pPr>
            <w:r w:rsidRPr="00CD7197">
              <w:rPr>
                <w:rFonts w:ascii="Calibri" w:hAnsi="Calibri" w:cs="Calibri"/>
                <w:szCs w:val="20"/>
              </w:rPr>
              <w:t xml:space="preserve">3. Have you ever been arrested, charged, convicted, pled guilty or no contest to, or been investigated for an offense involving a child or minor, including abuse, neglect, exploitation, kidnapping, child endangerment, or a sexual offense?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4E356ADB" w14:textId="77777777">
        <w:tc>
          <w:tcPr>
            <w:tcW w:w="10368" w:type="dxa"/>
            <w:gridSpan w:val="2"/>
            <w:tcMar>
              <w:top w:w="45" w:type="dxa"/>
              <w:left w:w="70" w:type="dxa"/>
              <w:bottom w:w="45" w:type="dxa"/>
              <w:right w:w="70" w:type="dxa"/>
            </w:tcMar>
          </w:tcPr>
          <w:p w14:paraId="0D1087C6" w14:textId="77777777" w:rsidR="00395A6B" w:rsidRPr="00CD7197" w:rsidRDefault="00E972D4">
            <w:pPr>
              <w:spacing w:after="0"/>
              <w:rPr>
                <w:rFonts w:ascii="Calibri" w:hAnsi="Calibri" w:cs="Calibri"/>
                <w:szCs w:val="20"/>
              </w:rPr>
            </w:pPr>
            <w:r w:rsidRPr="00CD7197">
              <w:rPr>
                <w:rFonts w:ascii="Calibri" w:hAnsi="Calibri" w:cs="Calibri"/>
                <w:szCs w:val="20"/>
              </w:rPr>
              <w:lastRenderedPageBreak/>
              <w:t xml:space="preserve">4. Have you ever been the subject of a substantiated finding by a child protective services agency, school, employer, licensing board, or other organization involving abuse, neglect, exploitation, harassment, or inappropriate conduct toward a child or vulnerable person?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2E925BE0" w14:textId="77777777">
        <w:tc>
          <w:tcPr>
            <w:tcW w:w="10368" w:type="dxa"/>
            <w:gridSpan w:val="2"/>
            <w:tcMar>
              <w:top w:w="45" w:type="dxa"/>
              <w:left w:w="70" w:type="dxa"/>
              <w:bottom w:w="45" w:type="dxa"/>
              <w:right w:w="70" w:type="dxa"/>
            </w:tcMar>
          </w:tcPr>
          <w:p w14:paraId="725128AD" w14:textId="77777777" w:rsidR="00395A6B" w:rsidRPr="00CD7197" w:rsidRDefault="00E972D4">
            <w:pPr>
              <w:spacing w:after="0"/>
              <w:rPr>
                <w:rFonts w:ascii="Calibri" w:hAnsi="Calibri" w:cs="Calibri"/>
                <w:szCs w:val="20"/>
              </w:rPr>
            </w:pPr>
            <w:r w:rsidRPr="00CD7197">
              <w:rPr>
                <w:rFonts w:ascii="Calibri" w:hAnsi="Calibri" w:cs="Calibri"/>
                <w:szCs w:val="20"/>
              </w:rPr>
              <w:t xml:space="preserve">5. Have you ever been required to register as a sex offender or been subject to a court order restricting contact with minors?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6087F1B0" w14:textId="77777777">
        <w:tc>
          <w:tcPr>
            <w:tcW w:w="10368" w:type="dxa"/>
            <w:gridSpan w:val="2"/>
            <w:tcMar>
              <w:top w:w="45" w:type="dxa"/>
              <w:left w:w="70" w:type="dxa"/>
              <w:bottom w:w="45" w:type="dxa"/>
              <w:right w:w="70" w:type="dxa"/>
            </w:tcMar>
          </w:tcPr>
          <w:p w14:paraId="3FDB70EC" w14:textId="77777777" w:rsidR="00395A6B" w:rsidRPr="00CD7197" w:rsidRDefault="00E972D4">
            <w:pPr>
              <w:spacing w:after="0"/>
              <w:rPr>
                <w:rFonts w:ascii="Calibri" w:hAnsi="Calibri" w:cs="Calibri"/>
                <w:szCs w:val="20"/>
              </w:rPr>
            </w:pPr>
            <w:r w:rsidRPr="00CD7197">
              <w:rPr>
                <w:rFonts w:ascii="Calibri" w:hAnsi="Calibri" w:cs="Calibri"/>
                <w:szCs w:val="20"/>
              </w:rPr>
              <w:t xml:space="preserve">6. Is there any other information concerning your background or conduct that could affect your suitability to work with youth?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w:t>
            </w:r>
          </w:p>
        </w:tc>
      </w:tr>
      <w:tr w:rsidR="00395A6B" w:rsidRPr="00CB6545" w14:paraId="434FBD88" w14:textId="77777777">
        <w:tc>
          <w:tcPr>
            <w:tcW w:w="10368" w:type="dxa"/>
            <w:gridSpan w:val="2"/>
            <w:tcMar>
              <w:top w:w="45" w:type="dxa"/>
              <w:left w:w="70" w:type="dxa"/>
              <w:bottom w:w="45" w:type="dxa"/>
              <w:right w:w="70" w:type="dxa"/>
            </w:tcMar>
          </w:tcPr>
          <w:p w14:paraId="5A4FD29D" w14:textId="77777777" w:rsidR="00395A6B" w:rsidRPr="00CD7197" w:rsidRDefault="00E972D4">
            <w:pPr>
              <w:spacing w:after="0"/>
              <w:rPr>
                <w:rFonts w:ascii="Calibri" w:hAnsi="Calibri" w:cs="Calibri"/>
                <w:szCs w:val="20"/>
              </w:rPr>
            </w:pPr>
            <w:r w:rsidRPr="00CD7197">
              <w:rPr>
                <w:rFonts w:ascii="Calibri" w:hAnsi="Calibri" w:cs="Calibri"/>
                <w:szCs w:val="20"/>
              </w:rPr>
              <w:t>If you answered Yes to any item above, please explain (attach additional pages if needed):</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r w:rsidR="00395A6B" w:rsidRPr="00CB6545" w14:paraId="20261587"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6526E4D8" w14:textId="77777777" w:rsidR="00395A6B" w:rsidRPr="00CB6545" w:rsidRDefault="00E972D4">
            <w:pPr>
              <w:rPr>
                <w:rFonts w:ascii="Calibri" w:hAnsi="Calibri" w:cs="Calibri"/>
              </w:rPr>
            </w:pPr>
            <w:r w:rsidRPr="00CB6545">
              <w:rPr>
                <w:rFonts w:ascii="Calibri" w:hAnsi="Calibri" w:cs="Calibri"/>
                <w:b/>
                <w:color w:val="FFFFFF"/>
                <w:sz w:val="22"/>
              </w:rPr>
              <w:t>6. REFERENCES</w:t>
            </w:r>
          </w:p>
        </w:tc>
      </w:tr>
    </w:tbl>
    <w:p w14:paraId="70149476" w14:textId="77777777" w:rsidR="00395A6B" w:rsidRPr="00CB6545" w:rsidRDefault="00395A6B">
      <w:pPr>
        <w:spacing w:after="20"/>
        <w:rPr>
          <w:rFonts w:ascii="Calibri" w:hAnsi="Calibri" w:cs="Calibri"/>
        </w:rPr>
      </w:pPr>
    </w:p>
    <w:tbl>
      <w:tblPr>
        <w:tblW w:w="0" w:type="auto"/>
        <w:tblLayout w:type="fixed"/>
        <w:tblLook w:val="04A0" w:firstRow="1" w:lastRow="0" w:firstColumn="1" w:lastColumn="0" w:noHBand="0" w:noVBand="1"/>
      </w:tblPr>
      <w:tblGrid>
        <w:gridCol w:w="10368"/>
        <w:gridCol w:w="20"/>
      </w:tblGrid>
      <w:tr w:rsidR="00395A6B" w:rsidRPr="00CB6545" w14:paraId="1F50BA16" w14:textId="77777777">
        <w:tc>
          <w:tcPr>
            <w:tcW w:w="10368" w:type="dxa"/>
            <w:gridSpan w:val="2"/>
            <w:tcMar>
              <w:top w:w="45" w:type="dxa"/>
              <w:left w:w="70" w:type="dxa"/>
              <w:bottom w:w="45" w:type="dxa"/>
              <w:right w:w="70" w:type="dxa"/>
            </w:tcMar>
          </w:tcPr>
          <w:p w14:paraId="60906A73" w14:textId="77777777" w:rsidR="00395A6B" w:rsidRPr="00CD7197" w:rsidRDefault="00E972D4">
            <w:pPr>
              <w:spacing w:after="0"/>
              <w:rPr>
                <w:rFonts w:ascii="Calibri" w:hAnsi="Calibri" w:cs="Calibri"/>
                <w:szCs w:val="20"/>
              </w:rPr>
            </w:pPr>
            <w:r w:rsidRPr="00CD7197">
              <w:rPr>
                <w:rFonts w:ascii="Calibri" w:hAnsi="Calibri" w:cs="Calibri"/>
                <w:szCs w:val="20"/>
              </w:rPr>
              <w:t>Reference #1 Name: ______________________________________</w:t>
            </w:r>
            <w:proofErr w:type="gramStart"/>
            <w:r w:rsidRPr="00CD7197">
              <w:rPr>
                <w:rFonts w:ascii="Calibri" w:hAnsi="Calibri" w:cs="Calibri"/>
                <w:szCs w:val="20"/>
              </w:rPr>
              <w:t>_  Relationship</w:t>
            </w:r>
            <w:proofErr w:type="gramEnd"/>
            <w:r w:rsidRPr="00CD7197">
              <w:rPr>
                <w:rFonts w:ascii="Calibri" w:hAnsi="Calibri" w:cs="Calibri"/>
                <w:szCs w:val="20"/>
              </w:rPr>
              <w:t>: ______________________________</w:t>
            </w:r>
          </w:p>
        </w:tc>
      </w:tr>
      <w:tr w:rsidR="00395A6B" w:rsidRPr="00CB6545" w14:paraId="477383A2" w14:textId="77777777">
        <w:tc>
          <w:tcPr>
            <w:tcW w:w="10368" w:type="dxa"/>
            <w:gridSpan w:val="2"/>
            <w:tcMar>
              <w:top w:w="45" w:type="dxa"/>
              <w:left w:w="70" w:type="dxa"/>
              <w:bottom w:w="45" w:type="dxa"/>
              <w:right w:w="70" w:type="dxa"/>
            </w:tcMar>
          </w:tcPr>
          <w:p w14:paraId="76FF9E94" w14:textId="77777777" w:rsidR="00395A6B" w:rsidRPr="00CD7197" w:rsidRDefault="00E972D4">
            <w:pPr>
              <w:spacing w:after="0"/>
              <w:rPr>
                <w:rFonts w:ascii="Calibri" w:hAnsi="Calibri" w:cs="Calibri"/>
                <w:szCs w:val="20"/>
              </w:rPr>
            </w:pPr>
            <w:r w:rsidRPr="00CD7197">
              <w:rPr>
                <w:rFonts w:ascii="Calibri" w:hAnsi="Calibri" w:cs="Calibri"/>
                <w:szCs w:val="20"/>
              </w:rPr>
              <w:t>Phone: ________________________________________________</w:t>
            </w:r>
            <w:proofErr w:type="gramStart"/>
            <w:r w:rsidRPr="00CD7197">
              <w:rPr>
                <w:rFonts w:ascii="Calibri" w:hAnsi="Calibri" w:cs="Calibri"/>
                <w:szCs w:val="20"/>
              </w:rPr>
              <w:t>_  Email</w:t>
            </w:r>
            <w:proofErr w:type="gramEnd"/>
            <w:r w:rsidRPr="00CD7197">
              <w:rPr>
                <w:rFonts w:ascii="Calibri" w:hAnsi="Calibri" w:cs="Calibri"/>
                <w:szCs w:val="20"/>
              </w:rPr>
              <w:t>: ______________________________________</w:t>
            </w:r>
          </w:p>
        </w:tc>
      </w:tr>
      <w:tr w:rsidR="00395A6B" w:rsidRPr="00CB6545" w14:paraId="19E6864D" w14:textId="77777777">
        <w:tc>
          <w:tcPr>
            <w:tcW w:w="10368" w:type="dxa"/>
            <w:gridSpan w:val="2"/>
            <w:tcMar>
              <w:top w:w="45" w:type="dxa"/>
              <w:left w:w="70" w:type="dxa"/>
              <w:bottom w:w="45" w:type="dxa"/>
              <w:right w:w="70" w:type="dxa"/>
            </w:tcMar>
          </w:tcPr>
          <w:p w14:paraId="358DBF09" w14:textId="77777777" w:rsidR="00395A6B" w:rsidRPr="00CD7197" w:rsidRDefault="00E972D4">
            <w:pPr>
              <w:spacing w:after="0"/>
              <w:rPr>
                <w:rFonts w:ascii="Calibri" w:hAnsi="Calibri" w:cs="Calibri"/>
                <w:szCs w:val="20"/>
              </w:rPr>
            </w:pPr>
            <w:r w:rsidRPr="00CD7197">
              <w:rPr>
                <w:rFonts w:ascii="Calibri" w:hAnsi="Calibri" w:cs="Calibri"/>
                <w:szCs w:val="20"/>
              </w:rPr>
              <w:t>Reference #2 Name: ______________________________________</w:t>
            </w:r>
            <w:proofErr w:type="gramStart"/>
            <w:r w:rsidRPr="00CD7197">
              <w:rPr>
                <w:rFonts w:ascii="Calibri" w:hAnsi="Calibri" w:cs="Calibri"/>
                <w:szCs w:val="20"/>
              </w:rPr>
              <w:t>_  Relationship</w:t>
            </w:r>
            <w:proofErr w:type="gramEnd"/>
            <w:r w:rsidRPr="00CD7197">
              <w:rPr>
                <w:rFonts w:ascii="Calibri" w:hAnsi="Calibri" w:cs="Calibri"/>
                <w:szCs w:val="20"/>
              </w:rPr>
              <w:t>: ______________________________</w:t>
            </w:r>
          </w:p>
        </w:tc>
      </w:tr>
      <w:tr w:rsidR="00395A6B" w:rsidRPr="00CB6545" w14:paraId="0F8DCDEE" w14:textId="77777777">
        <w:tc>
          <w:tcPr>
            <w:tcW w:w="10368" w:type="dxa"/>
            <w:gridSpan w:val="2"/>
            <w:tcMar>
              <w:top w:w="45" w:type="dxa"/>
              <w:left w:w="70" w:type="dxa"/>
              <w:bottom w:w="45" w:type="dxa"/>
              <w:right w:w="70" w:type="dxa"/>
            </w:tcMar>
          </w:tcPr>
          <w:p w14:paraId="3BBAFD22" w14:textId="77777777" w:rsidR="00395A6B" w:rsidRPr="00CD7197" w:rsidRDefault="00E972D4">
            <w:pPr>
              <w:spacing w:after="0"/>
              <w:rPr>
                <w:rFonts w:ascii="Calibri" w:hAnsi="Calibri" w:cs="Calibri"/>
                <w:szCs w:val="20"/>
              </w:rPr>
            </w:pPr>
            <w:r w:rsidRPr="00CD7197">
              <w:rPr>
                <w:rFonts w:ascii="Calibri" w:hAnsi="Calibri" w:cs="Calibri"/>
                <w:szCs w:val="20"/>
              </w:rPr>
              <w:t>Phone: ________________________________________________</w:t>
            </w:r>
            <w:proofErr w:type="gramStart"/>
            <w:r w:rsidRPr="00CD7197">
              <w:rPr>
                <w:rFonts w:ascii="Calibri" w:hAnsi="Calibri" w:cs="Calibri"/>
                <w:szCs w:val="20"/>
              </w:rPr>
              <w:t>_  Email</w:t>
            </w:r>
            <w:proofErr w:type="gramEnd"/>
            <w:r w:rsidRPr="00CD7197">
              <w:rPr>
                <w:rFonts w:ascii="Calibri" w:hAnsi="Calibri" w:cs="Calibri"/>
                <w:szCs w:val="20"/>
              </w:rPr>
              <w:t>: ______________________________________</w:t>
            </w:r>
          </w:p>
        </w:tc>
      </w:tr>
      <w:tr w:rsidR="00395A6B" w:rsidRPr="00CB6545" w14:paraId="06E89CB4"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4E21EF5D" w14:textId="77777777" w:rsidR="00395A6B" w:rsidRPr="00CB6545" w:rsidRDefault="00E972D4">
            <w:pPr>
              <w:rPr>
                <w:rFonts w:ascii="Calibri" w:hAnsi="Calibri" w:cs="Calibri"/>
              </w:rPr>
            </w:pPr>
            <w:r w:rsidRPr="00CB6545">
              <w:rPr>
                <w:rFonts w:ascii="Calibri" w:hAnsi="Calibri" w:cs="Calibri"/>
                <w:b/>
                <w:color w:val="FFFFFF"/>
                <w:sz w:val="22"/>
              </w:rPr>
              <w:t>7. VOLUNTEER CONDUCT &amp; YOUTH-PROTECTION ACKNOWLEDGMENT</w:t>
            </w:r>
          </w:p>
        </w:tc>
      </w:tr>
    </w:tbl>
    <w:p w14:paraId="24D057AB" w14:textId="77777777" w:rsidR="00395A6B" w:rsidRPr="00CB6545" w:rsidRDefault="00395A6B">
      <w:pPr>
        <w:spacing w:after="20"/>
        <w:rPr>
          <w:rFonts w:ascii="Calibri" w:hAnsi="Calibri" w:cs="Calibri"/>
        </w:rPr>
      </w:pPr>
    </w:p>
    <w:p w14:paraId="67C01063" w14:textId="77777777" w:rsidR="00395A6B" w:rsidRPr="00CD7197" w:rsidRDefault="00E972D4">
      <w:pPr>
        <w:pStyle w:val="ListBullet"/>
        <w:spacing w:after="40"/>
        <w:rPr>
          <w:rFonts w:ascii="Calibri" w:hAnsi="Calibri" w:cs="Calibri"/>
          <w:szCs w:val="20"/>
        </w:rPr>
      </w:pPr>
      <w:r w:rsidRPr="00CD7197">
        <w:rPr>
          <w:rFonts w:ascii="Calibri" w:hAnsi="Calibri" w:cs="Calibri"/>
          <w:szCs w:val="20"/>
        </w:rPr>
        <w:t>I understand that the safety and well-being of EMBODI participants is the highest priority and that I must follow all chapter/program policies, supervision rules, codes of conduct, and youth-protection procedures.</w:t>
      </w:r>
    </w:p>
    <w:p w14:paraId="4E419AED" w14:textId="77777777" w:rsidR="00395A6B" w:rsidRPr="00CD7197" w:rsidRDefault="00E972D4">
      <w:pPr>
        <w:pStyle w:val="ListBullet"/>
        <w:spacing w:after="40"/>
        <w:rPr>
          <w:rFonts w:ascii="Calibri" w:hAnsi="Calibri" w:cs="Calibri"/>
          <w:szCs w:val="20"/>
        </w:rPr>
      </w:pPr>
      <w:r w:rsidRPr="00CD7197">
        <w:rPr>
          <w:rFonts w:ascii="Calibri" w:hAnsi="Calibri" w:cs="Calibri"/>
          <w:szCs w:val="20"/>
        </w:rPr>
        <w:t>I understand that volunteers may be prohibited from one-on-one unsupervised interactions with youth, transporting participants without authorization, using inappropriate language or discipline, engaging in harassment or discrimination, or communicating with participants through unauthorized private channels.</w:t>
      </w:r>
    </w:p>
    <w:p w14:paraId="45E164B1" w14:textId="77777777" w:rsidR="00395A6B" w:rsidRPr="00CD7197" w:rsidRDefault="00E972D4">
      <w:pPr>
        <w:pStyle w:val="ListBullet"/>
        <w:spacing w:after="40"/>
        <w:rPr>
          <w:rFonts w:ascii="Calibri" w:hAnsi="Calibri" w:cs="Calibri"/>
          <w:szCs w:val="20"/>
        </w:rPr>
      </w:pPr>
      <w:r w:rsidRPr="00CD7197">
        <w:rPr>
          <w:rFonts w:ascii="Calibri" w:hAnsi="Calibri" w:cs="Calibri"/>
          <w:szCs w:val="20"/>
        </w:rPr>
        <w:t>I agree to immediately report any suspected abuse, neglect, exploitation, boundary violation, or safety concern to the designated program leadership and, when required, to the appropriate authorities.</w:t>
      </w:r>
    </w:p>
    <w:p w14:paraId="72E0B809" w14:textId="77777777" w:rsidR="00395A6B" w:rsidRPr="00CD7197" w:rsidRDefault="00E972D4">
      <w:pPr>
        <w:pStyle w:val="ListBullet"/>
        <w:spacing w:after="40"/>
        <w:rPr>
          <w:rFonts w:ascii="Calibri" w:hAnsi="Calibri" w:cs="Calibri"/>
          <w:szCs w:val="20"/>
        </w:rPr>
      </w:pPr>
      <w:r w:rsidRPr="00CD7197">
        <w:rPr>
          <w:rFonts w:ascii="Calibri" w:hAnsi="Calibri" w:cs="Calibri"/>
          <w:szCs w:val="20"/>
        </w:rPr>
        <w:t>I understand that I may be required to complete orientation or training before volunteering.</w:t>
      </w:r>
    </w:p>
    <w:tbl>
      <w:tblPr>
        <w:tblW w:w="0" w:type="auto"/>
        <w:jc w:val="center"/>
        <w:tblLayout w:type="fixed"/>
        <w:tblLook w:val="04A0" w:firstRow="1" w:lastRow="0" w:firstColumn="1" w:lastColumn="0" w:noHBand="0" w:noVBand="1"/>
      </w:tblPr>
      <w:tblGrid>
        <w:gridCol w:w="10368"/>
      </w:tblGrid>
      <w:tr w:rsidR="00395A6B" w:rsidRPr="00CB6545" w14:paraId="6E6A139A" w14:textId="77777777">
        <w:trPr>
          <w:jc w:val="center"/>
        </w:trPr>
        <w:tc>
          <w:tcPr>
            <w:tcW w:w="10368" w:type="dxa"/>
            <w:shd w:val="clear" w:color="auto" w:fill="A00000"/>
            <w:tcMar>
              <w:top w:w="60" w:type="dxa"/>
              <w:left w:w="90" w:type="dxa"/>
              <w:bottom w:w="60" w:type="dxa"/>
              <w:right w:w="90" w:type="dxa"/>
            </w:tcMar>
          </w:tcPr>
          <w:p w14:paraId="32011407" w14:textId="77777777" w:rsidR="00395A6B" w:rsidRPr="00CB6545" w:rsidRDefault="00E972D4">
            <w:pPr>
              <w:rPr>
                <w:rFonts w:ascii="Calibri" w:hAnsi="Calibri" w:cs="Calibri"/>
              </w:rPr>
            </w:pPr>
            <w:r w:rsidRPr="00CB6545">
              <w:rPr>
                <w:rFonts w:ascii="Calibri" w:hAnsi="Calibri" w:cs="Calibri"/>
                <w:b/>
                <w:color w:val="FFFFFF"/>
                <w:sz w:val="22"/>
              </w:rPr>
              <w:t>8. BACKGROUND CHECK AUTHORIZATION</w:t>
            </w:r>
          </w:p>
        </w:tc>
      </w:tr>
    </w:tbl>
    <w:p w14:paraId="767EEA96" w14:textId="77777777" w:rsidR="00395A6B" w:rsidRPr="00CB6545" w:rsidRDefault="00395A6B">
      <w:pPr>
        <w:spacing w:after="20"/>
        <w:rPr>
          <w:rFonts w:ascii="Calibri" w:hAnsi="Calibri" w:cs="Calibri"/>
        </w:rPr>
      </w:pPr>
    </w:p>
    <w:p w14:paraId="7DFA6F34" w14:textId="77777777" w:rsidR="00395A6B" w:rsidRPr="00CD7197" w:rsidRDefault="00E972D4">
      <w:pPr>
        <w:spacing w:after="80"/>
        <w:rPr>
          <w:rFonts w:ascii="Calibri" w:hAnsi="Calibri" w:cs="Calibri"/>
          <w:szCs w:val="20"/>
        </w:rPr>
      </w:pPr>
      <w:r w:rsidRPr="00CD7197">
        <w:rPr>
          <w:rFonts w:ascii="Calibri" w:hAnsi="Calibri" w:cs="Calibri"/>
          <w:szCs w:val="20"/>
        </w:rPr>
        <w:t>I authorize the Kingstree-Lake City Alumnae Chapter of Delta Sigma Theta Sorority, Inc., and/or its authorized screening provider, to verify information in this application and to conduct lawful background screening as permitted by applicable law. I understand that additional authorization forms or identity-verification documents may be required before a background check is processed.</w:t>
      </w:r>
    </w:p>
    <w:tbl>
      <w:tblPr>
        <w:tblW w:w="0" w:type="auto"/>
        <w:tblLayout w:type="fixed"/>
        <w:tblLook w:val="04A0" w:firstRow="1" w:lastRow="0" w:firstColumn="1" w:lastColumn="0" w:noHBand="0" w:noVBand="1"/>
      </w:tblPr>
      <w:tblGrid>
        <w:gridCol w:w="10368"/>
        <w:gridCol w:w="20"/>
      </w:tblGrid>
      <w:tr w:rsidR="00395A6B" w:rsidRPr="00CD7197" w14:paraId="26DE4A42" w14:textId="77777777">
        <w:tc>
          <w:tcPr>
            <w:tcW w:w="10368" w:type="dxa"/>
            <w:gridSpan w:val="2"/>
            <w:tcMar>
              <w:top w:w="45" w:type="dxa"/>
              <w:left w:w="70" w:type="dxa"/>
              <w:bottom w:w="45" w:type="dxa"/>
              <w:right w:w="70" w:type="dxa"/>
            </w:tcMar>
          </w:tcPr>
          <w:p w14:paraId="0B8921B1" w14:textId="77777777" w:rsidR="00395A6B" w:rsidRPr="00CD7197" w:rsidRDefault="00E972D4">
            <w:pPr>
              <w:spacing w:after="0"/>
              <w:rPr>
                <w:rFonts w:ascii="Calibri" w:hAnsi="Calibri" w:cs="Calibri"/>
                <w:szCs w:val="20"/>
              </w:rPr>
            </w:pPr>
            <w:r w:rsidRPr="00CD7197">
              <w:rPr>
                <w:rFonts w:ascii="Calibri" w:hAnsi="Calibri" w:cs="Calibri"/>
                <w:szCs w:val="20"/>
              </w:rPr>
              <w:t>Full Legal Name (print): _____________________________________________________________________________</w:t>
            </w:r>
          </w:p>
        </w:tc>
      </w:tr>
      <w:tr w:rsidR="00395A6B" w:rsidRPr="00CD7197" w14:paraId="29BB05B2" w14:textId="77777777">
        <w:tc>
          <w:tcPr>
            <w:tcW w:w="10368" w:type="dxa"/>
            <w:gridSpan w:val="2"/>
            <w:tcMar>
              <w:top w:w="45" w:type="dxa"/>
              <w:left w:w="70" w:type="dxa"/>
              <w:bottom w:w="45" w:type="dxa"/>
              <w:right w:w="70" w:type="dxa"/>
            </w:tcMar>
          </w:tcPr>
          <w:p w14:paraId="38D3A057" w14:textId="77777777" w:rsidR="00395A6B" w:rsidRPr="00CD7197" w:rsidRDefault="00E972D4">
            <w:pPr>
              <w:spacing w:after="0"/>
              <w:rPr>
                <w:rFonts w:ascii="Calibri" w:hAnsi="Calibri" w:cs="Calibri"/>
                <w:szCs w:val="20"/>
              </w:rPr>
            </w:pPr>
            <w:r w:rsidRPr="00CD7197">
              <w:rPr>
                <w:rFonts w:ascii="Calibri" w:hAnsi="Calibri" w:cs="Calibri"/>
                <w:szCs w:val="20"/>
              </w:rPr>
              <w:t>Other Names / Aliases Previously Used: _________________________________________________________________</w:t>
            </w:r>
          </w:p>
        </w:tc>
      </w:tr>
      <w:tr w:rsidR="00395A6B" w:rsidRPr="00CD7197" w14:paraId="6383D41A" w14:textId="77777777">
        <w:tc>
          <w:tcPr>
            <w:tcW w:w="10368" w:type="dxa"/>
            <w:gridSpan w:val="2"/>
            <w:tcMar>
              <w:top w:w="45" w:type="dxa"/>
              <w:left w:w="70" w:type="dxa"/>
              <w:bottom w:w="45" w:type="dxa"/>
              <w:right w:w="70" w:type="dxa"/>
            </w:tcMar>
          </w:tcPr>
          <w:p w14:paraId="06D63A36" w14:textId="77777777" w:rsidR="00395A6B" w:rsidRPr="00CD7197" w:rsidRDefault="00E972D4">
            <w:pPr>
              <w:spacing w:after="0"/>
              <w:rPr>
                <w:rFonts w:ascii="Calibri" w:hAnsi="Calibri" w:cs="Calibri"/>
                <w:szCs w:val="20"/>
              </w:rPr>
            </w:pPr>
            <w:r w:rsidRPr="00CD7197">
              <w:rPr>
                <w:rFonts w:ascii="Calibri" w:hAnsi="Calibri" w:cs="Calibri"/>
                <w:szCs w:val="20"/>
              </w:rPr>
              <w:t>Applicant Signature: _______________________________________________   Date: _____________________________</w:t>
            </w:r>
          </w:p>
        </w:tc>
      </w:tr>
      <w:tr w:rsidR="00395A6B" w:rsidRPr="00CB6545" w14:paraId="0E7E39D7"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536CC2E9" w14:textId="77777777" w:rsidR="00395A6B" w:rsidRPr="00CB6545" w:rsidRDefault="00E972D4">
            <w:pPr>
              <w:rPr>
                <w:rFonts w:ascii="Calibri" w:hAnsi="Calibri" w:cs="Calibri"/>
              </w:rPr>
            </w:pPr>
            <w:r w:rsidRPr="00CB6545">
              <w:rPr>
                <w:rFonts w:ascii="Calibri" w:hAnsi="Calibri" w:cs="Calibri"/>
                <w:b/>
                <w:color w:val="FFFFFF"/>
                <w:sz w:val="22"/>
              </w:rPr>
              <w:t>9. APPLICANT CERTIFICATION</w:t>
            </w:r>
          </w:p>
        </w:tc>
      </w:tr>
    </w:tbl>
    <w:p w14:paraId="1B7DB4BD" w14:textId="77777777" w:rsidR="00395A6B" w:rsidRPr="00CB6545" w:rsidRDefault="00395A6B">
      <w:pPr>
        <w:spacing w:after="20"/>
        <w:rPr>
          <w:rFonts w:ascii="Calibri" w:hAnsi="Calibri" w:cs="Calibri"/>
        </w:rPr>
      </w:pPr>
    </w:p>
    <w:p w14:paraId="408B8303" w14:textId="77777777" w:rsidR="00395A6B" w:rsidRPr="00CD7197" w:rsidRDefault="00E972D4">
      <w:pPr>
        <w:spacing w:after="80"/>
        <w:rPr>
          <w:rFonts w:ascii="Calibri" w:hAnsi="Calibri" w:cs="Calibri"/>
          <w:szCs w:val="20"/>
        </w:rPr>
      </w:pPr>
      <w:r w:rsidRPr="00CD7197">
        <w:rPr>
          <w:rFonts w:ascii="Calibri" w:hAnsi="Calibri" w:cs="Calibri"/>
          <w:szCs w:val="20"/>
        </w:rPr>
        <w:t xml:space="preserve">I certify that the information provided in this application is true, complete, and accurate to the best of my knowledge. I understand that false statements, omissions, or misrepresentations may result in denial or termination of volunteer service. I </w:t>
      </w:r>
      <w:r w:rsidRPr="00CD7197">
        <w:rPr>
          <w:rFonts w:ascii="Calibri" w:hAnsi="Calibri" w:cs="Calibri"/>
          <w:szCs w:val="20"/>
        </w:rPr>
        <w:lastRenderedPageBreak/>
        <w:t>understand that volunteer placement may be conditioned upon satisfactory screening, reference checks, and compliance with program policies.</w:t>
      </w:r>
    </w:p>
    <w:tbl>
      <w:tblPr>
        <w:tblW w:w="0" w:type="auto"/>
        <w:tblLayout w:type="fixed"/>
        <w:tblLook w:val="04A0" w:firstRow="1" w:lastRow="0" w:firstColumn="1" w:lastColumn="0" w:noHBand="0" w:noVBand="1"/>
      </w:tblPr>
      <w:tblGrid>
        <w:gridCol w:w="10368"/>
        <w:gridCol w:w="20"/>
      </w:tblGrid>
      <w:tr w:rsidR="00395A6B" w:rsidRPr="00CD7197" w14:paraId="53150D0E" w14:textId="77777777">
        <w:tc>
          <w:tcPr>
            <w:tcW w:w="10368" w:type="dxa"/>
            <w:gridSpan w:val="2"/>
            <w:tcMar>
              <w:top w:w="45" w:type="dxa"/>
              <w:left w:w="70" w:type="dxa"/>
              <w:bottom w:w="45" w:type="dxa"/>
              <w:right w:w="70" w:type="dxa"/>
            </w:tcMar>
          </w:tcPr>
          <w:p w14:paraId="432DE773" w14:textId="77777777" w:rsidR="00395A6B" w:rsidRPr="00CD7197" w:rsidRDefault="00E972D4">
            <w:pPr>
              <w:spacing w:after="0"/>
              <w:rPr>
                <w:rFonts w:ascii="Calibri" w:hAnsi="Calibri" w:cs="Calibri"/>
                <w:szCs w:val="20"/>
              </w:rPr>
            </w:pPr>
            <w:r w:rsidRPr="00CD7197">
              <w:rPr>
                <w:rFonts w:ascii="Calibri" w:hAnsi="Calibri" w:cs="Calibri"/>
                <w:szCs w:val="20"/>
              </w:rPr>
              <w:t>Applicant Signature: _______________________________________________   Date: _____________________________</w:t>
            </w:r>
          </w:p>
        </w:tc>
      </w:tr>
      <w:tr w:rsidR="00395A6B" w:rsidRPr="00CD7197" w14:paraId="205158C8" w14:textId="77777777">
        <w:tc>
          <w:tcPr>
            <w:tcW w:w="10368" w:type="dxa"/>
            <w:gridSpan w:val="2"/>
            <w:tcMar>
              <w:top w:w="45" w:type="dxa"/>
              <w:left w:w="70" w:type="dxa"/>
              <w:bottom w:w="45" w:type="dxa"/>
              <w:right w:w="70" w:type="dxa"/>
            </w:tcMar>
          </w:tcPr>
          <w:p w14:paraId="69A2A99A" w14:textId="77777777" w:rsidR="00395A6B" w:rsidRPr="00CD7197" w:rsidRDefault="00E972D4">
            <w:pPr>
              <w:spacing w:after="0"/>
              <w:rPr>
                <w:rFonts w:ascii="Calibri" w:hAnsi="Calibri" w:cs="Calibri"/>
                <w:szCs w:val="20"/>
              </w:rPr>
            </w:pPr>
            <w:r w:rsidRPr="00CD7197">
              <w:rPr>
                <w:rFonts w:ascii="Calibri" w:hAnsi="Calibri" w:cs="Calibri"/>
                <w:szCs w:val="20"/>
              </w:rPr>
              <w:t>Printed Name: ________________________________________________________________________________________</w:t>
            </w:r>
          </w:p>
        </w:tc>
      </w:tr>
      <w:tr w:rsidR="00395A6B" w:rsidRPr="00CB6545" w14:paraId="66C508F1" w14:textId="77777777">
        <w:tblPrEx>
          <w:jc w:val="center"/>
        </w:tblPrEx>
        <w:trPr>
          <w:gridAfter w:val="1"/>
          <w:wAfter w:w="20" w:type="dxa"/>
          <w:jc w:val="center"/>
        </w:trPr>
        <w:tc>
          <w:tcPr>
            <w:tcW w:w="10368" w:type="dxa"/>
            <w:shd w:val="clear" w:color="auto" w:fill="A00000"/>
            <w:tcMar>
              <w:top w:w="60" w:type="dxa"/>
              <w:left w:w="90" w:type="dxa"/>
              <w:bottom w:w="60" w:type="dxa"/>
              <w:right w:w="90" w:type="dxa"/>
            </w:tcMar>
          </w:tcPr>
          <w:p w14:paraId="6BC7B058" w14:textId="77777777" w:rsidR="00395A6B" w:rsidRPr="00CB6545" w:rsidRDefault="00E972D4">
            <w:pPr>
              <w:rPr>
                <w:rFonts w:ascii="Calibri" w:hAnsi="Calibri" w:cs="Calibri"/>
              </w:rPr>
            </w:pPr>
            <w:r w:rsidRPr="00CB6545">
              <w:rPr>
                <w:rFonts w:ascii="Calibri" w:hAnsi="Calibri" w:cs="Calibri"/>
                <w:b/>
                <w:color w:val="FFFFFF"/>
                <w:sz w:val="22"/>
              </w:rPr>
              <w:t>FOR CHAPTER / PROGRAM USE ONLY</w:t>
            </w:r>
          </w:p>
        </w:tc>
      </w:tr>
    </w:tbl>
    <w:p w14:paraId="2FF4F1D3" w14:textId="77777777" w:rsidR="00395A6B" w:rsidRPr="00CB6545" w:rsidRDefault="00395A6B">
      <w:pPr>
        <w:spacing w:after="20"/>
        <w:rPr>
          <w:rFonts w:ascii="Calibri" w:hAnsi="Calibri" w:cs="Calibri"/>
        </w:rPr>
      </w:pPr>
    </w:p>
    <w:tbl>
      <w:tblPr>
        <w:tblW w:w="0" w:type="auto"/>
        <w:tblLayout w:type="fixed"/>
        <w:tblLook w:val="04A0" w:firstRow="1" w:lastRow="0" w:firstColumn="1" w:lastColumn="0" w:noHBand="0" w:noVBand="1"/>
      </w:tblPr>
      <w:tblGrid>
        <w:gridCol w:w="10368"/>
      </w:tblGrid>
      <w:tr w:rsidR="00395A6B" w:rsidRPr="00CD7197" w14:paraId="5D4A877E" w14:textId="77777777">
        <w:tc>
          <w:tcPr>
            <w:tcW w:w="10368" w:type="dxa"/>
            <w:tcMar>
              <w:top w:w="45" w:type="dxa"/>
              <w:left w:w="70" w:type="dxa"/>
              <w:bottom w:w="45" w:type="dxa"/>
              <w:right w:w="70" w:type="dxa"/>
            </w:tcMar>
          </w:tcPr>
          <w:p w14:paraId="62EDF12F" w14:textId="77777777" w:rsidR="00395A6B" w:rsidRPr="00CD7197" w:rsidRDefault="00E972D4">
            <w:pPr>
              <w:spacing w:after="0"/>
              <w:rPr>
                <w:rFonts w:ascii="Calibri" w:hAnsi="Calibri" w:cs="Calibri"/>
                <w:szCs w:val="20"/>
              </w:rPr>
            </w:pPr>
            <w:r w:rsidRPr="00CD7197">
              <w:rPr>
                <w:rFonts w:ascii="Calibri" w:hAnsi="Calibri" w:cs="Calibri"/>
                <w:szCs w:val="20"/>
              </w:rPr>
              <w:t>Application Received: __________________________   Reviewed By: __________________________________________</w:t>
            </w:r>
          </w:p>
        </w:tc>
      </w:tr>
      <w:tr w:rsidR="00395A6B" w:rsidRPr="00CD7197" w14:paraId="2A2EE01D" w14:textId="77777777">
        <w:tc>
          <w:tcPr>
            <w:tcW w:w="10368" w:type="dxa"/>
            <w:tcMar>
              <w:top w:w="45" w:type="dxa"/>
              <w:left w:w="70" w:type="dxa"/>
              <w:bottom w:w="45" w:type="dxa"/>
              <w:right w:w="70" w:type="dxa"/>
            </w:tcMar>
          </w:tcPr>
          <w:p w14:paraId="0F3CCA70" w14:textId="77777777" w:rsidR="00395A6B" w:rsidRPr="00CD7197" w:rsidRDefault="00E972D4">
            <w:pPr>
              <w:spacing w:after="0"/>
              <w:rPr>
                <w:rFonts w:ascii="Calibri" w:hAnsi="Calibri" w:cs="Calibri"/>
                <w:szCs w:val="20"/>
              </w:rPr>
            </w:pPr>
            <w:r w:rsidRPr="00CD7197">
              <w:rPr>
                <w:rFonts w:ascii="Calibri" w:hAnsi="Calibri" w:cs="Calibri"/>
                <w:szCs w:val="20"/>
              </w:rPr>
              <w:t xml:space="preserve">References Checked: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   </w:t>
            </w:r>
            <w:r w:rsidRPr="00CD7197">
              <w:rPr>
                <w:rFonts w:ascii="Segoe UI Symbol" w:hAnsi="Segoe UI Symbol" w:cs="Segoe UI Symbol"/>
                <w:szCs w:val="20"/>
              </w:rPr>
              <w:t>☐</w:t>
            </w:r>
            <w:r w:rsidRPr="00CD7197">
              <w:rPr>
                <w:rFonts w:ascii="Calibri" w:hAnsi="Calibri" w:cs="Calibri"/>
                <w:szCs w:val="20"/>
              </w:rPr>
              <w:t xml:space="preserve"> N/A      Background Check:   </w:t>
            </w:r>
            <w:r w:rsidRPr="00CD7197">
              <w:rPr>
                <w:rFonts w:ascii="Segoe UI Symbol" w:hAnsi="Segoe UI Symbol" w:cs="Segoe UI Symbol"/>
                <w:szCs w:val="20"/>
              </w:rPr>
              <w:t>☐</w:t>
            </w:r>
            <w:r w:rsidRPr="00CD7197">
              <w:rPr>
                <w:rFonts w:ascii="Calibri" w:hAnsi="Calibri" w:cs="Calibri"/>
                <w:szCs w:val="20"/>
              </w:rPr>
              <w:t xml:space="preserve"> Cleared   </w:t>
            </w:r>
            <w:r w:rsidRPr="00CD7197">
              <w:rPr>
                <w:rFonts w:ascii="Segoe UI Symbol" w:hAnsi="Segoe UI Symbol" w:cs="Segoe UI Symbol"/>
                <w:szCs w:val="20"/>
              </w:rPr>
              <w:t>☐</w:t>
            </w:r>
            <w:r w:rsidRPr="00CD7197">
              <w:rPr>
                <w:rFonts w:ascii="Calibri" w:hAnsi="Calibri" w:cs="Calibri"/>
                <w:szCs w:val="20"/>
              </w:rPr>
              <w:t xml:space="preserve"> Review Needed   </w:t>
            </w:r>
            <w:r w:rsidRPr="00CD7197">
              <w:rPr>
                <w:rFonts w:ascii="Segoe UI Symbol" w:hAnsi="Segoe UI Symbol" w:cs="Segoe UI Symbol"/>
                <w:szCs w:val="20"/>
              </w:rPr>
              <w:t>☐</w:t>
            </w:r>
            <w:r w:rsidRPr="00CD7197">
              <w:rPr>
                <w:rFonts w:ascii="Calibri" w:hAnsi="Calibri" w:cs="Calibri"/>
                <w:szCs w:val="20"/>
              </w:rPr>
              <w:t xml:space="preserve"> Not Completed</w:t>
            </w:r>
          </w:p>
        </w:tc>
      </w:tr>
      <w:tr w:rsidR="00395A6B" w:rsidRPr="00CD7197" w14:paraId="5522BF02" w14:textId="77777777">
        <w:tc>
          <w:tcPr>
            <w:tcW w:w="10368" w:type="dxa"/>
            <w:tcMar>
              <w:top w:w="45" w:type="dxa"/>
              <w:left w:w="70" w:type="dxa"/>
              <w:bottom w:w="45" w:type="dxa"/>
              <w:right w:w="70" w:type="dxa"/>
            </w:tcMar>
          </w:tcPr>
          <w:p w14:paraId="63587F91" w14:textId="77777777" w:rsidR="00395A6B" w:rsidRPr="00CD7197" w:rsidRDefault="00E972D4">
            <w:pPr>
              <w:spacing w:after="0"/>
              <w:rPr>
                <w:rFonts w:ascii="Calibri" w:hAnsi="Calibri" w:cs="Calibri"/>
                <w:szCs w:val="20"/>
              </w:rPr>
            </w:pPr>
            <w:r w:rsidRPr="00CD7197">
              <w:rPr>
                <w:rFonts w:ascii="Calibri" w:hAnsi="Calibri" w:cs="Calibri"/>
                <w:szCs w:val="20"/>
              </w:rPr>
              <w:t xml:space="preserve">Orientation / Training Completed: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   </w:t>
            </w:r>
            <w:r w:rsidRPr="00CD7197">
              <w:rPr>
                <w:rFonts w:ascii="Segoe UI Symbol" w:hAnsi="Segoe UI Symbol" w:cs="Segoe UI Symbol"/>
                <w:szCs w:val="20"/>
              </w:rPr>
              <w:t>☐</w:t>
            </w:r>
            <w:r w:rsidRPr="00CD7197">
              <w:rPr>
                <w:rFonts w:ascii="Calibri" w:hAnsi="Calibri" w:cs="Calibri"/>
                <w:szCs w:val="20"/>
              </w:rPr>
              <w:t xml:space="preserve"> N/A      Approved to Volunteer:   </w:t>
            </w:r>
            <w:r w:rsidRPr="00CD7197">
              <w:rPr>
                <w:rFonts w:ascii="Segoe UI Symbol" w:hAnsi="Segoe UI Symbol" w:cs="Segoe UI Symbol"/>
                <w:szCs w:val="20"/>
              </w:rPr>
              <w:t>☐</w:t>
            </w:r>
            <w:r w:rsidRPr="00CD7197">
              <w:rPr>
                <w:rFonts w:ascii="Calibri" w:hAnsi="Calibri" w:cs="Calibri"/>
                <w:szCs w:val="20"/>
              </w:rPr>
              <w:t xml:space="preserve"> Yes   </w:t>
            </w:r>
            <w:r w:rsidRPr="00CD7197">
              <w:rPr>
                <w:rFonts w:ascii="Segoe UI Symbol" w:hAnsi="Segoe UI Symbol" w:cs="Segoe UI Symbol"/>
                <w:szCs w:val="20"/>
              </w:rPr>
              <w:t>☐</w:t>
            </w:r>
            <w:r w:rsidRPr="00CD7197">
              <w:rPr>
                <w:rFonts w:ascii="Calibri" w:hAnsi="Calibri" w:cs="Calibri"/>
                <w:szCs w:val="20"/>
              </w:rPr>
              <w:t xml:space="preserve"> No   </w:t>
            </w:r>
            <w:r w:rsidRPr="00CD7197">
              <w:rPr>
                <w:rFonts w:ascii="Segoe UI Symbol" w:hAnsi="Segoe UI Symbol" w:cs="Segoe UI Symbol"/>
                <w:szCs w:val="20"/>
              </w:rPr>
              <w:t>☐</w:t>
            </w:r>
            <w:r w:rsidRPr="00CD7197">
              <w:rPr>
                <w:rFonts w:ascii="Calibri" w:hAnsi="Calibri" w:cs="Calibri"/>
                <w:szCs w:val="20"/>
              </w:rPr>
              <w:t xml:space="preserve"> Pending</w:t>
            </w:r>
          </w:p>
        </w:tc>
      </w:tr>
      <w:tr w:rsidR="00395A6B" w:rsidRPr="00CD7197" w14:paraId="62907494" w14:textId="77777777">
        <w:tc>
          <w:tcPr>
            <w:tcW w:w="10368" w:type="dxa"/>
            <w:tcMar>
              <w:top w:w="45" w:type="dxa"/>
              <w:left w:w="70" w:type="dxa"/>
              <w:bottom w:w="45" w:type="dxa"/>
              <w:right w:w="70" w:type="dxa"/>
            </w:tcMar>
          </w:tcPr>
          <w:p w14:paraId="310687B2" w14:textId="77777777" w:rsidR="00395A6B" w:rsidRPr="00CD7197" w:rsidRDefault="00E972D4">
            <w:pPr>
              <w:spacing w:after="0"/>
              <w:rPr>
                <w:rFonts w:ascii="Calibri" w:hAnsi="Calibri" w:cs="Calibri"/>
                <w:szCs w:val="20"/>
              </w:rPr>
            </w:pPr>
            <w:r w:rsidRPr="00CD7197">
              <w:rPr>
                <w:rFonts w:ascii="Calibri" w:hAnsi="Calibri" w:cs="Calibri"/>
                <w:szCs w:val="20"/>
              </w:rPr>
              <w:t>Notes / Restrictions / Assigned Role:</w:t>
            </w:r>
            <w:r w:rsidRPr="00CD7197">
              <w:rPr>
                <w:rFonts w:ascii="Calibri" w:hAnsi="Calibri" w:cs="Calibri"/>
                <w:szCs w:val="20"/>
              </w:rPr>
              <w:br/>
              <w:t>____________________________________________________________________________________________________</w:t>
            </w:r>
            <w:r w:rsidRPr="00CD7197">
              <w:rPr>
                <w:rFonts w:ascii="Calibri" w:hAnsi="Calibri" w:cs="Calibri"/>
                <w:szCs w:val="20"/>
              </w:rPr>
              <w:br/>
              <w:t>____________________________________________________________________________________________________</w:t>
            </w:r>
          </w:p>
        </w:tc>
      </w:tr>
    </w:tbl>
    <w:p w14:paraId="5AD54574" w14:textId="5DC1259B" w:rsidR="00E972D4" w:rsidRPr="00CD7197" w:rsidRDefault="000269BF" w:rsidP="000269BF">
      <w:pPr>
        <w:tabs>
          <w:tab w:val="left" w:pos="5790"/>
        </w:tabs>
        <w:rPr>
          <w:rFonts w:ascii="Calibri" w:hAnsi="Calibri" w:cs="Calibri"/>
          <w:szCs w:val="20"/>
        </w:rPr>
      </w:pPr>
      <w:r w:rsidRPr="00CD7197">
        <w:rPr>
          <w:rFonts w:ascii="Calibri" w:hAnsi="Calibri" w:cs="Calibri"/>
          <w:szCs w:val="20"/>
        </w:rPr>
        <w:tab/>
      </w:r>
    </w:p>
    <w:sectPr w:rsidR="00E972D4" w:rsidRPr="00CD7197"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44B5B" w14:textId="77777777" w:rsidR="001D2097" w:rsidRDefault="001D2097">
      <w:pPr>
        <w:spacing w:after="0" w:line="240" w:lineRule="auto"/>
      </w:pPr>
      <w:r>
        <w:separator/>
      </w:r>
    </w:p>
  </w:endnote>
  <w:endnote w:type="continuationSeparator" w:id="0">
    <w:p w14:paraId="040CF8F3" w14:textId="77777777" w:rsidR="001D2097" w:rsidRDefault="001D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4187" w14:textId="5EC0388E" w:rsidR="00395A6B" w:rsidRDefault="00E972D4">
    <w:pPr>
      <w:pStyle w:val="Footer"/>
      <w:jc w:val="center"/>
    </w:pPr>
    <w:r>
      <w:rPr>
        <w:sz w:val="16"/>
      </w:rPr>
      <w:t>EMBODI Volunteer / Mentor Application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5EFBC" w14:textId="77777777" w:rsidR="001D2097" w:rsidRDefault="001D2097">
      <w:pPr>
        <w:spacing w:after="0" w:line="240" w:lineRule="auto"/>
      </w:pPr>
      <w:r>
        <w:separator/>
      </w:r>
    </w:p>
  </w:footnote>
  <w:footnote w:type="continuationSeparator" w:id="0">
    <w:p w14:paraId="6B286301" w14:textId="77777777" w:rsidR="001D2097" w:rsidRDefault="001D2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9BF"/>
    <w:rsid w:val="00034616"/>
    <w:rsid w:val="0006063C"/>
    <w:rsid w:val="0015074B"/>
    <w:rsid w:val="001D2097"/>
    <w:rsid w:val="0029639D"/>
    <w:rsid w:val="00326F90"/>
    <w:rsid w:val="00395A6B"/>
    <w:rsid w:val="00813E3E"/>
    <w:rsid w:val="00AA1D8D"/>
    <w:rsid w:val="00B47730"/>
    <w:rsid w:val="00CB0664"/>
    <w:rsid w:val="00CB6545"/>
    <w:rsid w:val="00CD7197"/>
    <w:rsid w:val="00E972D4"/>
    <w:rsid w:val="00F431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B854B9"/>
  <w14:defaultImageDpi w14:val="300"/>
  <w15:docId w15:val="{DB0BF978-FA0E-4590-8C9A-F0CD119E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EMBODI Volunteer / Mentor Application</dc:title>
  <dc:subject>Volunteer screening and application form</dc:subject>
  <dc:creator>Kingstree-Lake City Alumnae Chapter of Delta Sigma Theta Sorority, Inc.</dc:creator>
  <cp:keywords/>
  <dc:description>generated by python-docx</dc:description>
  <cp:lastModifiedBy>Yolanda L. Singletary</cp:lastModifiedBy>
  <cp:revision>5</cp:revision>
  <dcterms:created xsi:type="dcterms:W3CDTF">2026-09-30T14:01:00Z</dcterms:created>
  <dcterms:modified xsi:type="dcterms:W3CDTF">2026-09-30T20:01:00Z</dcterms:modified>
  <cp:category/>
</cp:coreProperties>
</file>