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DC4C1" w14:textId="77777777" w:rsidR="00DB203A" w:rsidRDefault="00DB5AB9">
      <w:pPr>
        <w:jc w:val="center"/>
      </w:pPr>
      <w:r>
        <w:rPr>
          <w:noProof/>
        </w:rPr>
        <w:drawing>
          <wp:inline distT="0" distB="0" distL="0" distR="0" wp14:anchorId="28D2199B" wp14:editId="1F2D1286">
            <wp:extent cx="1508760" cy="140562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odi-png-e1589829663676-1024x954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1405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1FF0B" w14:textId="77777777" w:rsidR="00DB203A" w:rsidRDefault="00DB5AB9">
      <w:pPr>
        <w:pStyle w:val="Title"/>
        <w:jc w:val="center"/>
      </w:pPr>
      <w:r>
        <w:t>EMBODI Program Application</w:t>
      </w:r>
    </w:p>
    <w:p w14:paraId="48924E98" w14:textId="77777777" w:rsidR="00DB203A" w:rsidRDefault="00DB5AB9">
      <w:pPr>
        <w:jc w:val="center"/>
      </w:pPr>
      <w:r>
        <w:rPr>
          <w:b/>
        </w:rPr>
        <w:t>2026–2027 Academic Year</w:t>
      </w:r>
    </w:p>
    <w:p w14:paraId="2FDDF1F7" w14:textId="77777777" w:rsidR="00DB203A" w:rsidRDefault="00DB5AB9">
      <w:pPr>
        <w:jc w:val="center"/>
      </w:pPr>
      <w:r>
        <w:t>Empowering Males to Build Opportunities for Developing Independence</w:t>
      </w:r>
    </w:p>
    <w:p w14:paraId="709854EA" w14:textId="77777777" w:rsidR="00DB203A" w:rsidRDefault="00DB5AB9">
      <w:r>
        <w:t xml:space="preserve">Young men ages 11–17 are invited to apply to the Kingstree–Lake City Alumnae Chapter EMBODI program. Through mentoring, </w:t>
      </w:r>
      <w:r>
        <w:t>hands-on activities and community service, participants will build confidence, leadership skills and practical tools for their future.</w:t>
      </w:r>
    </w:p>
    <w:p w14:paraId="1EFE7A17" w14:textId="77777777" w:rsidR="00DB203A" w:rsidRDefault="00DB5AB9">
      <w:pPr>
        <w:pStyle w:val="Heading1"/>
        <w:shd w:val="clear" w:color="auto" w:fill="F8F1E3"/>
      </w:pPr>
      <w:r>
        <w:t>About the program</w:t>
      </w:r>
    </w:p>
    <w:p w14:paraId="239E792F" w14:textId="77777777" w:rsidR="00DB203A" w:rsidRDefault="00DB5AB9">
      <w:r>
        <w:t>The proposed program runs from November 2026 through June 2027, with one in-person meeting each month f</w:t>
      </w:r>
      <w:r>
        <w:t>rom 10:00 a.m. to noon. Meeting dates, locations and orientation details will be provided by the chapter.</w:t>
      </w:r>
    </w:p>
    <w:p w14:paraId="119BB5BA" w14:textId="77777777" w:rsidR="00DB203A" w:rsidRDefault="00DB5AB9">
      <w:r>
        <w:t>Participants will explore leadership and positive decision-making; money management; education and careers; professional skills; health and everyday l</w:t>
      </w:r>
      <w:r>
        <w:t>ife skills; and service to the community. Activities will support each participant’s age and stage of development.</w:t>
      </w:r>
    </w:p>
    <w:p w14:paraId="1D975625" w14:textId="77777777" w:rsidR="00DB203A" w:rsidRDefault="00DB5AB9">
      <w:pPr>
        <w:pStyle w:val="Heading1"/>
        <w:shd w:val="clear" w:color="auto" w:fill="F8F1E3"/>
      </w:pPr>
      <w:r>
        <w:t>How to apply</w:t>
      </w:r>
    </w:p>
    <w:p w14:paraId="51D09E69" w14:textId="77777777" w:rsidR="00DB203A" w:rsidRDefault="00DB5AB9">
      <w:r>
        <w:t>Complete all pages. A parent or guardian should complete the consent and recommendation sections. The applicant should write the</w:t>
      </w:r>
      <w:r>
        <w:t xml:space="preserve"> short essay in his own words. Type directly in Word or print and write clearly. Sign where indicated.</w:t>
      </w:r>
    </w:p>
    <w:p w14:paraId="4B59FB3C" w14:textId="77777777" w:rsidR="00DB203A" w:rsidRDefault="00DB5AB9">
      <w:r>
        <w:t>□ Participant information    □ Parent or guardian information and consent</w:t>
      </w:r>
      <w:r>
        <w:br/>
        <w:t>□ Parent or guardian recommendation    □ Applicant essay</w:t>
      </w:r>
    </w:p>
    <w:p w14:paraId="56080583" w14:textId="142DB00F" w:rsidR="00DB203A" w:rsidRDefault="00DB5AB9">
      <w:r>
        <w:t xml:space="preserve">Application deadline: </w:t>
      </w:r>
      <w:r>
        <w:t>_______</w:t>
      </w:r>
      <w:r w:rsidR="006979D4" w:rsidRPr="006979D4">
        <w:rPr>
          <w:b/>
          <w:bCs/>
        </w:rPr>
        <w:t>October 15, 2026</w:t>
      </w:r>
      <w:r>
        <w:t>______________________________</w:t>
      </w:r>
    </w:p>
    <w:p w14:paraId="0CC84ED4" w14:textId="298BBD92" w:rsidR="00DB203A" w:rsidRDefault="00DB5AB9">
      <w:r>
        <w:t>Submit completed packet to: ____</w:t>
      </w:r>
      <w:r w:rsidR="006979D4" w:rsidRPr="006979D4">
        <w:rPr>
          <w:b/>
          <w:bCs/>
        </w:rPr>
        <w:t>Kendra L. Wilson</w:t>
      </w:r>
      <w:r>
        <w:t>___________________________</w:t>
      </w:r>
    </w:p>
    <w:p w14:paraId="7B84E57E" w14:textId="0B058453" w:rsidR="00DB203A" w:rsidRDefault="00DB5AB9">
      <w:r>
        <w:t>Program contact and phone or email: _____</w:t>
      </w:r>
      <w:r w:rsidR="006979D4" w:rsidRPr="006979D4">
        <w:rPr>
          <w:b/>
          <w:bCs/>
        </w:rPr>
        <w:t>president@klcalumnaedst.org</w:t>
      </w:r>
      <w:r>
        <w:t>_</w:t>
      </w:r>
      <w:r>
        <w:t>_______</w:t>
      </w:r>
    </w:p>
    <w:p w14:paraId="346501BE" w14:textId="77777777" w:rsidR="00DB203A" w:rsidRDefault="00DB5AB9">
      <w:pPr>
        <w:pStyle w:val="Heading1"/>
        <w:pageBreakBefore/>
        <w:shd w:val="clear" w:color="auto" w:fill="F8F1E3"/>
      </w:pPr>
      <w:r>
        <w:lastRenderedPageBreak/>
        <w:t>Participant information</w:t>
      </w:r>
    </w:p>
    <w:p w14:paraId="2200B050" w14:textId="77777777" w:rsidR="00DB203A" w:rsidRDefault="00DB5AB9">
      <w:r>
        <w:t>Please complete this page with h</w:t>
      </w:r>
      <w:r>
        <w:t>elp from a parent or guardian, if needed.</w:t>
      </w:r>
    </w:p>
    <w:p w14:paraId="0F78C22F" w14:textId="77777777" w:rsidR="00DB203A" w:rsidRDefault="00DB5AB9">
      <w:r>
        <w:rPr>
          <w:b/>
        </w:rPr>
        <w:t>Full name</w:t>
      </w:r>
    </w:p>
    <w:p w14:paraId="26BE45BD" w14:textId="77777777" w:rsidR="00DB203A" w:rsidRDefault="00DB203A">
      <w:pPr>
        <w:pBdr>
          <w:bottom w:val="single" w:sz="4" w:space="0" w:color="B7A99A"/>
        </w:pBdr>
        <w:spacing w:after="60" w:line="400" w:lineRule="exact"/>
      </w:pPr>
    </w:p>
    <w:p w14:paraId="6C863421" w14:textId="77777777" w:rsidR="00DB203A" w:rsidRDefault="00DB5AB9">
      <w:r>
        <w:t>Date of birth: ____________________    Age: ______    Current grade: ______</w:t>
      </w:r>
    </w:p>
    <w:p w14:paraId="738AD956" w14:textId="77777777" w:rsidR="00DB203A" w:rsidRDefault="00DB5AB9">
      <w:r>
        <w:rPr>
          <w:b/>
        </w:rPr>
        <w:t>School name</w:t>
      </w:r>
    </w:p>
    <w:p w14:paraId="30C0A21E" w14:textId="77777777" w:rsidR="00DB203A" w:rsidRDefault="00DB203A">
      <w:pPr>
        <w:pBdr>
          <w:bottom w:val="single" w:sz="4" w:space="0" w:color="B7A99A"/>
        </w:pBdr>
        <w:spacing w:after="60" w:line="400" w:lineRule="exact"/>
      </w:pPr>
    </w:p>
    <w:p w14:paraId="691825B3" w14:textId="77777777" w:rsidR="00DB203A" w:rsidRDefault="00DB5AB9">
      <w:r>
        <w:rPr>
          <w:b/>
        </w:rPr>
        <w:t>Mailing address including city state and ZIP code</w:t>
      </w:r>
    </w:p>
    <w:p w14:paraId="5E6B24D5" w14:textId="77777777" w:rsidR="00DB203A" w:rsidRDefault="00DB203A">
      <w:pPr>
        <w:pBdr>
          <w:bottom w:val="single" w:sz="4" w:space="0" w:color="B7A99A"/>
        </w:pBdr>
        <w:spacing w:after="60" w:line="400" w:lineRule="exact"/>
      </w:pPr>
    </w:p>
    <w:p w14:paraId="4F70F34B" w14:textId="77777777" w:rsidR="00DB203A" w:rsidRDefault="00DB203A">
      <w:pPr>
        <w:pBdr>
          <w:bottom w:val="single" w:sz="4" w:space="0" w:color="B7A99A"/>
        </w:pBdr>
        <w:spacing w:after="60" w:line="400" w:lineRule="exact"/>
      </w:pPr>
    </w:p>
    <w:p w14:paraId="3B325E03" w14:textId="77777777" w:rsidR="00DB203A" w:rsidRDefault="00DB5AB9">
      <w:r>
        <w:rPr>
          <w:b/>
        </w:rPr>
        <w:t>Physical address if different</w:t>
      </w:r>
    </w:p>
    <w:p w14:paraId="164D63CC" w14:textId="77777777" w:rsidR="00DB203A" w:rsidRDefault="00DB203A">
      <w:pPr>
        <w:pBdr>
          <w:bottom w:val="single" w:sz="4" w:space="0" w:color="B7A99A"/>
        </w:pBdr>
        <w:spacing w:after="60" w:line="400" w:lineRule="exact"/>
      </w:pPr>
    </w:p>
    <w:p w14:paraId="31FA4042" w14:textId="77777777" w:rsidR="00DB203A" w:rsidRDefault="00DB5AB9">
      <w:r>
        <w:t xml:space="preserve">Applicant phone (if </w:t>
      </w:r>
      <w:r>
        <w:t>available): ___________________________________________</w:t>
      </w:r>
    </w:p>
    <w:p w14:paraId="687FF1D3" w14:textId="77777777" w:rsidR="00DB203A" w:rsidRDefault="00DB5AB9">
      <w:r>
        <w:rPr>
          <w:b/>
        </w:rPr>
        <w:t>Applicant email if available</w:t>
      </w:r>
    </w:p>
    <w:p w14:paraId="0F6D214B" w14:textId="77777777" w:rsidR="00DB203A" w:rsidRDefault="00DB203A">
      <w:pPr>
        <w:pBdr>
          <w:bottom w:val="single" w:sz="4" w:space="0" w:color="B7A99A"/>
        </w:pBdr>
        <w:spacing w:after="60" w:line="400" w:lineRule="exact"/>
      </w:pPr>
    </w:p>
    <w:p w14:paraId="68A2F477" w14:textId="77777777" w:rsidR="00DB203A" w:rsidRDefault="00DB5AB9">
      <w:r>
        <w:t>Preferred contact:  □ Parent/guardian phone  □ Parent/guardian email</w:t>
      </w:r>
      <w:r>
        <w:br/>
        <w:t>□ Applicant phone  □ Applicant email</w:t>
      </w:r>
    </w:p>
    <w:p w14:paraId="4E89583D" w14:textId="77777777" w:rsidR="00DB203A" w:rsidRDefault="00DB5AB9">
      <w:r>
        <w:rPr>
          <w:b/>
        </w:rPr>
        <w:t>How did you hear about EMBODI?</w:t>
      </w:r>
    </w:p>
    <w:p w14:paraId="060B024B" w14:textId="77777777" w:rsidR="00DB203A" w:rsidRDefault="00DB203A">
      <w:pPr>
        <w:pBdr>
          <w:bottom w:val="single" w:sz="4" w:space="0" w:color="B7A99A"/>
        </w:pBdr>
        <w:spacing w:after="60" w:line="400" w:lineRule="exact"/>
      </w:pPr>
    </w:p>
    <w:p w14:paraId="6F639A76" w14:textId="77777777" w:rsidR="00DB203A" w:rsidRDefault="00DB5AB9">
      <w:r>
        <w:rPr>
          <w:b/>
        </w:rPr>
        <w:t>School church community or extra</w:t>
      </w:r>
      <w:r>
        <w:rPr>
          <w:b/>
        </w:rPr>
        <w:t>curricular activities</w:t>
      </w:r>
    </w:p>
    <w:p w14:paraId="5B2988F1" w14:textId="77777777" w:rsidR="00DB203A" w:rsidRDefault="00DB203A">
      <w:pPr>
        <w:pBdr>
          <w:bottom w:val="single" w:sz="4" w:space="0" w:color="B7A99A"/>
        </w:pBdr>
        <w:spacing w:after="60" w:line="400" w:lineRule="exact"/>
      </w:pPr>
    </w:p>
    <w:p w14:paraId="63776AED" w14:textId="77777777" w:rsidR="00DB203A" w:rsidRDefault="00DB203A">
      <w:pPr>
        <w:pBdr>
          <w:bottom w:val="single" w:sz="4" w:space="0" w:color="B7A99A"/>
        </w:pBdr>
        <w:spacing w:after="60" w:line="400" w:lineRule="exact"/>
      </w:pPr>
    </w:p>
    <w:p w14:paraId="774DFD15" w14:textId="77777777" w:rsidR="00DB203A" w:rsidRDefault="00DB5AB9">
      <w:r>
        <w:rPr>
          <w:b/>
        </w:rPr>
        <w:t>Skills hobbies and interests</w:t>
      </w:r>
    </w:p>
    <w:p w14:paraId="05F2F98E" w14:textId="77777777" w:rsidR="00DB203A" w:rsidRDefault="00DB203A">
      <w:pPr>
        <w:pBdr>
          <w:bottom w:val="single" w:sz="4" w:space="0" w:color="B7A99A"/>
        </w:pBdr>
        <w:spacing w:after="60" w:line="400" w:lineRule="exact"/>
      </w:pPr>
    </w:p>
    <w:p w14:paraId="555C77DA" w14:textId="77777777" w:rsidR="00DB203A" w:rsidRDefault="00DB203A">
      <w:pPr>
        <w:pBdr>
          <w:bottom w:val="single" w:sz="4" w:space="0" w:color="B7A99A"/>
        </w:pBdr>
        <w:spacing w:after="60" w:line="400" w:lineRule="exact"/>
      </w:pPr>
    </w:p>
    <w:p w14:paraId="576EDA09" w14:textId="77777777" w:rsidR="00DB203A" w:rsidRDefault="00DB5AB9">
      <w:r>
        <w:rPr>
          <w:b/>
        </w:rPr>
        <w:t>Areas I would like to explore (check all that interest you):</w:t>
      </w:r>
    </w:p>
    <w:p w14:paraId="52AF5E11" w14:textId="77777777" w:rsidR="00DB203A" w:rsidRDefault="00DB5AB9">
      <w:r>
        <w:t>□ Leadership    □ Money management    □ Careers    □ College or training</w:t>
      </w:r>
      <w:r>
        <w:br/>
        <w:t>□ Technology    □ Life skills    □ Community service    □ Mentoring</w:t>
      </w:r>
      <w:r>
        <w:br/>
        <w:t>□ Other: ______________________________________________________________</w:t>
      </w:r>
    </w:p>
    <w:p w14:paraId="2CB88100" w14:textId="77777777" w:rsidR="00DB203A" w:rsidRDefault="00DB5AB9">
      <w:pPr>
        <w:pStyle w:val="Heading1"/>
        <w:pageBreakBefore/>
        <w:shd w:val="clear" w:color="auto" w:fill="F8F1E3"/>
      </w:pPr>
      <w:r>
        <w:lastRenderedPageBreak/>
        <w:t>Parent or guardian information and consent</w:t>
      </w:r>
    </w:p>
    <w:p w14:paraId="3D39BA23" w14:textId="77777777" w:rsidR="00DB203A" w:rsidRDefault="00DB5AB9">
      <w:r>
        <w:t>Applicant name: _______________________________________________________</w:t>
      </w:r>
    </w:p>
    <w:p w14:paraId="6AA6A216" w14:textId="77777777" w:rsidR="00DB203A" w:rsidRDefault="00DB5AB9">
      <w:r>
        <w:t>Parent/guardian name: _________________________  Relationship: _____</w:t>
      </w:r>
      <w:r>
        <w:t>______</w:t>
      </w:r>
    </w:p>
    <w:p w14:paraId="15A509E0" w14:textId="77777777" w:rsidR="00DB203A" w:rsidRDefault="00DB5AB9">
      <w:r>
        <w:t>Phone: ____________________  Alternate phone: ___________________________</w:t>
      </w:r>
    </w:p>
    <w:p w14:paraId="77788EB8" w14:textId="77777777" w:rsidR="00DB203A" w:rsidRDefault="00DB5AB9">
      <w:r>
        <w:rPr>
          <w:b/>
        </w:rPr>
        <w:t>Parent or guardian email</w:t>
      </w:r>
    </w:p>
    <w:p w14:paraId="67081975" w14:textId="77777777" w:rsidR="00DB203A" w:rsidRDefault="00DB203A">
      <w:pPr>
        <w:pBdr>
          <w:bottom w:val="single" w:sz="4" w:space="0" w:color="B7A99A"/>
        </w:pBdr>
        <w:spacing w:after="60" w:line="400" w:lineRule="exact"/>
      </w:pPr>
    </w:p>
    <w:p w14:paraId="3CC59E02" w14:textId="77777777" w:rsidR="00DB203A" w:rsidRDefault="00DB5AB9">
      <w:r>
        <w:rPr>
          <w:b/>
        </w:rPr>
        <w:t>Parent or guardian address if different from applicant</w:t>
      </w:r>
    </w:p>
    <w:p w14:paraId="044B79EA" w14:textId="77777777" w:rsidR="00DB203A" w:rsidRDefault="00DB203A">
      <w:pPr>
        <w:pBdr>
          <w:bottom w:val="single" w:sz="4" w:space="0" w:color="B7A99A"/>
        </w:pBdr>
        <w:spacing w:after="60" w:line="400" w:lineRule="exact"/>
      </w:pPr>
    </w:p>
    <w:p w14:paraId="5E90A88C" w14:textId="77777777" w:rsidR="00DB203A" w:rsidRDefault="00DB5AB9">
      <w:r>
        <w:rPr>
          <w:b/>
        </w:rPr>
        <w:t>Emergency contact if parent/guardian cannot be reached:</w:t>
      </w:r>
    </w:p>
    <w:p w14:paraId="6E9EF8F2" w14:textId="77777777" w:rsidR="00DB203A" w:rsidRDefault="00DB5AB9">
      <w:r>
        <w:t>Name: _______________________________</w:t>
      </w:r>
      <w:r>
        <w:t>__  Relationship: _________________</w:t>
      </w:r>
    </w:p>
    <w:p w14:paraId="63C13FF1" w14:textId="77777777" w:rsidR="00DB203A" w:rsidRDefault="00DB5AB9">
      <w:r>
        <w:t>Phone: ____________________  Alternate phone: ___________________________</w:t>
      </w:r>
    </w:p>
    <w:p w14:paraId="07BEED47" w14:textId="77777777" w:rsidR="00DB203A" w:rsidRDefault="00DB5AB9">
      <w:r>
        <w:t xml:space="preserve">Does your child have a health condition, allergy or support need that may affect participation?  □ Yes  □ No  □ Prefer to discuss </w:t>
      </w:r>
      <w:r>
        <w:t>privately</w:t>
      </w:r>
    </w:p>
    <w:p w14:paraId="42A15F69" w14:textId="77777777" w:rsidR="00DB203A" w:rsidRDefault="00DB5AB9">
      <w:r>
        <w:rPr>
          <w:b/>
        </w:rPr>
        <w:t>If yes please briefly describe the support needed</w:t>
      </w:r>
    </w:p>
    <w:p w14:paraId="43D615D6" w14:textId="77777777" w:rsidR="00DB203A" w:rsidRDefault="00DB203A">
      <w:pPr>
        <w:pBdr>
          <w:bottom w:val="single" w:sz="4" w:space="0" w:color="B7A99A"/>
        </w:pBdr>
        <w:spacing w:after="60" w:line="400" w:lineRule="exact"/>
      </w:pPr>
    </w:p>
    <w:p w14:paraId="071092A7" w14:textId="77777777" w:rsidR="00DB203A" w:rsidRDefault="00DB203A">
      <w:pPr>
        <w:pBdr>
          <w:bottom w:val="single" w:sz="4" w:space="0" w:color="B7A99A"/>
        </w:pBdr>
        <w:spacing w:after="60" w:line="400" w:lineRule="exact"/>
      </w:pPr>
    </w:p>
    <w:p w14:paraId="21D6D754" w14:textId="77777777" w:rsidR="00DB203A" w:rsidRDefault="00DB5AB9">
      <w:pPr>
        <w:pStyle w:val="Heading2"/>
      </w:pPr>
      <w:r>
        <w:t>Participation and emergency consent</w:t>
      </w:r>
    </w:p>
    <w:p w14:paraId="4A0F7001" w14:textId="77777777" w:rsidR="00DB203A" w:rsidRDefault="00DB5AB9">
      <w:r>
        <w:t>I give permission for my child to participate in the KLAC EMBODI program for 2026–2027. I will help him attend scheduled activities and arrange transportation</w:t>
      </w:r>
      <w:r>
        <w:t xml:space="preserve"> and timely pickup. I understand that drugs, alcohol, violence, abusive language and misconduct are not permitted, and I will pick him up promptly if asked for disciplinary reasons.</w:t>
      </w:r>
    </w:p>
    <w:p w14:paraId="4D48C2EF" w14:textId="77777777" w:rsidR="00DB203A" w:rsidRDefault="00DB5AB9">
      <w:r>
        <w:t>If an emergency occurs, I authorize the program leader or designee to seek</w:t>
      </w:r>
      <w:r>
        <w:t xml:space="preserve"> medical attention for my child. I understand that the program will contact me as quickly as possible. Additional medical information and activity-specific permissions may be requested before participation.</w:t>
      </w:r>
    </w:p>
    <w:p w14:paraId="7B6B2C3A" w14:textId="77777777" w:rsidR="00DB203A" w:rsidRDefault="00DB5AB9">
      <w:pPr>
        <w:pStyle w:val="Heading2"/>
      </w:pPr>
      <w:r>
        <w:t>Photography permission</w:t>
      </w:r>
    </w:p>
    <w:p w14:paraId="598CB25E" w14:textId="77777777" w:rsidR="00DB203A" w:rsidRDefault="00DB5AB9">
      <w:r>
        <w:t>Choose one: □ I grant  □ I</w:t>
      </w:r>
      <w:r>
        <w:t xml:space="preserve"> do not grant permission for my child’s photographs to be used in chapter program publicity, such as the website, newsletter or flyers, without compensation.</w:t>
      </w:r>
    </w:p>
    <w:p w14:paraId="05A39F63" w14:textId="77777777" w:rsidR="00DB203A" w:rsidRDefault="00DB5AB9">
      <w:r>
        <w:t>Parent/guardian signature: __________________________  Date: ______________</w:t>
      </w:r>
    </w:p>
    <w:p w14:paraId="71264745" w14:textId="77777777" w:rsidR="00DB203A" w:rsidRDefault="00DB5AB9">
      <w:r>
        <w:t>Applicant agreement: I</w:t>
      </w:r>
      <w:r>
        <w:t xml:space="preserve"> will participate respectfully, follow directions and make a sincere effort to learn and contribute.</w:t>
      </w:r>
    </w:p>
    <w:p w14:paraId="648905A5" w14:textId="77777777" w:rsidR="00DB203A" w:rsidRDefault="00DB5AB9">
      <w:r>
        <w:t>Applicant signature: _______________________________  Date: ______________</w:t>
      </w:r>
    </w:p>
    <w:p w14:paraId="77AA7436" w14:textId="77777777" w:rsidR="00DB203A" w:rsidRDefault="00DB5AB9">
      <w:pPr>
        <w:pStyle w:val="Heading1"/>
        <w:pageBreakBefore/>
        <w:shd w:val="clear" w:color="auto" w:fill="F8F1E3"/>
      </w:pPr>
      <w:r>
        <w:lastRenderedPageBreak/>
        <w:t>Parent or guardian recommendation</w:t>
      </w:r>
    </w:p>
    <w:p w14:paraId="613943AF" w14:textId="77777777" w:rsidR="00DB203A" w:rsidRDefault="00DB5AB9">
      <w:r>
        <w:t xml:space="preserve">To be completed by the applicant’s </w:t>
      </w:r>
      <w:r>
        <w:t>parent or guardian. Please share what makes this young man unique and how EMBODI could support his growth. Brief responses are welcome.</w:t>
      </w:r>
    </w:p>
    <w:p w14:paraId="6CE68B61" w14:textId="77777777" w:rsidR="00DB203A" w:rsidRDefault="00DB5AB9">
      <w:r>
        <w:t>Applicant name: _______________________________________________________</w:t>
      </w:r>
    </w:p>
    <w:p w14:paraId="637DFD46" w14:textId="77777777" w:rsidR="00DB203A" w:rsidRDefault="00DB5AB9">
      <w:r>
        <w:t>Parent/guardian name: __________________________</w:t>
      </w:r>
      <w:r>
        <w:t>________________________</w:t>
      </w:r>
    </w:p>
    <w:p w14:paraId="736A5C24" w14:textId="77777777" w:rsidR="00DB203A" w:rsidRDefault="00DB5AB9">
      <w:r>
        <w:rPr>
          <w:b/>
        </w:rPr>
        <w:t>What strengths or positive qualities does your child bring to the program?</w:t>
      </w:r>
    </w:p>
    <w:p w14:paraId="525DB8A1" w14:textId="77777777" w:rsidR="00DB203A" w:rsidRDefault="00DB203A">
      <w:pPr>
        <w:pBdr>
          <w:bottom w:val="single" w:sz="4" w:space="0" w:color="B7A99A"/>
        </w:pBdr>
        <w:spacing w:after="60" w:line="400" w:lineRule="exact"/>
      </w:pPr>
    </w:p>
    <w:p w14:paraId="7080D386" w14:textId="77777777" w:rsidR="00DB203A" w:rsidRDefault="00DB203A">
      <w:pPr>
        <w:pBdr>
          <w:bottom w:val="single" w:sz="4" w:space="0" w:color="B7A99A"/>
        </w:pBdr>
        <w:spacing w:after="60" w:line="400" w:lineRule="exact"/>
      </w:pPr>
    </w:p>
    <w:p w14:paraId="193FB01F" w14:textId="77777777" w:rsidR="00DB203A" w:rsidRDefault="00DB203A">
      <w:pPr>
        <w:pBdr>
          <w:bottom w:val="single" w:sz="4" w:space="0" w:color="B7A99A"/>
        </w:pBdr>
        <w:spacing w:after="60" w:line="400" w:lineRule="exact"/>
      </w:pPr>
    </w:p>
    <w:p w14:paraId="3B54533A" w14:textId="77777777" w:rsidR="00DB203A" w:rsidRDefault="00DB203A">
      <w:pPr>
        <w:pBdr>
          <w:bottom w:val="single" w:sz="4" w:space="0" w:color="B7A99A"/>
        </w:pBdr>
        <w:spacing w:after="60" w:line="400" w:lineRule="exact"/>
      </w:pPr>
    </w:p>
    <w:p w14:paraId="2D09BA3A" w14:textId="77777777" w:rsidR="00DB203A" w:rsidRDefault="00DB5AB9">
      <w:r>
        <w:rPr>
          <w:b/>
        </w:rPr>
        <w:t>How could mentoring leadership activities or life skills help your child?</w:t>
      </w:r>
    </w:p>
    <w:p w14:paraId="693A1AF6" w14:textId="77777777" w:rsidR="00DB203A" w:rsidRDefault="00DB203A">
      <w:pPr>
        <w:pBdr>
          <w:bottom w:val="single" w:sz="4" w:space="0" w:color="B7A99A"/>
        </w:pBdr>
        <w:spacing w:after="60" w:line="400" w:lineRule="exact"/>
      </w:pPr>
    </w:p>
    <w:p w14:paraId="75292BAD" w14:textId="77777777" w:rsidR="00DB203A" w:rsidRDefault="00DB203A">
      <w:pPr>
        <w:pBdr>
          <w:bottom w:val="single" w:sz="4" w:space="0" w:color="B7A99A"/>
        </w:pBdr>
        <w:spacing w:after="60" w:line="400" w:lineRule="exact"/>
      </w:pPr>
    </w:p>
    <w:p w14:paraId="477D83A8" w14:textId="77777777" w:rsidR="00DB203A" w:rsidRDefault="00DB203A">
      <w:pPr>
        <w:pBdr>
          <w:bottom w:val="single" w:sz="4" w:space="0" w:color="B7A99A"/>
        </w:pBdr>
        <w:spacing w:after="60" w:line="400" w:lineRule="exact"/>
      </w:pPr>
    </w:p>
    <w:p w14:paraId="3530AEF4" w14:textId="77777777" w:rsidR="00DB203A" w:rsidRDefault="00DB203A">
      <w:pPr>
        <w:pBdr>
          <w:bottom w:val="single" w:sz="4" w:space="0" w:color="B7A99A"/>
        </w:pBdr>
        <w:spacing w:after="60" w:line="400" w:lineRule="exact"/>
      </w:pPr>
    </w:p>
    <w:p w14:paraId="27B4A833" w14:textId="77777777" w:rsidR="00DB203A" w:rsidRDefault="00DB5AB9">
      <w:r>
        <w:rPr>
          <w:b/>
        </w:rPr>
        <w:t xml:space="preserve">Is there anything else you would like the committee to know? </w:t>
      </w:r>
      <w:r>
        <w:rPr>
          <w:b/>
        </w:rPr>
        <w:t>Optional</w:t>
      </w:r>
    </w:p>
    <w:p w14:paraId="58A57309" w14:textId="77777777" w:rsidR="00DB203A" w:rsidRDefault="00DB203A">
      <w:pPr>
        <w:pBdr>
          <w:bottom w:val="single" w:sz="4" w:space="0" w:color="B7A99A"/>
        </w:pBdr>
        <w:spacing w:after="60" w:line="400" w:lineRule="exact"/>
      </w:pPr>
    </w:p>
    <w:p w14:paraId="5E3AF72F" w14:textId="77777777" w:rsidR="00DB203A" w:rsidRDefault="00DB203A">
      <w:pPr>
        <w:pBdr>
          <w:bottom w:val="single" w:sz="4" w:space="0" w:color="B7A99A"/>
        </w:pBdr>
        <w:spacing w:after="60" w:line="400" w:lineRule="exact"/>
      </w:pPr>
    </w:p>
    <w:p w14:paraId="1729BAE4" w14:textId="77777777" w:rsidR="00DB203A" w:rsidRDefault="00DB203A">
      <w:pPr>
        <w:pBdr>
          <w:bottom w:val="single" w:sz="4" w:space="0" w:color="B7A99A"/>
        </w:pBdr>
        <w:spacing w:after="60" w:line="400" w:lineRule="exact"/>
      </w:pPr>
    </w:p>
    <w:p w14:paraId="36F37720" w14:textId="77777777" w:rsidR="00DB203A" w:rsidRDefault="00DB5AB9">
      <w:r>
        <w:t>Parent/guardian signature: __________________________  Date: ______________</w:t>
      </w:r>
    </w:p>
    <w:p w14:paraId="352DC63D" w14:textId="77777777" w:rsidR="00DB203A" w:rsidRDefault="00DB5AB9">
      <w:pPr>
        <w:pStyle w:val="Heading1"/>
        <w:pageBreakBefore/>
        <w:shd w:val="clear" w:color="auto" w:fill="F8F1E3"/>
      </w:pPr>
      <w:r>
        <w:lastRenderedPageBreak/>
        <w:t>Applicant essay</w:t>
      </w:r>
    </w:p>
    <w:p w14:paraId="381AF42B" w14:textId="77777777" w:rsidR="00DB203A" w:rsidRDefault="00DB5AB9">
      <w:r>
        <w:t>Applicant name: _______________________________________________________</w:t>
      </w:r>
    </w:p>
    <w:p w14:paraId="7D15DF92" w14:textId="77777777" w:rsidR="00DB203A" w:rsidRDefault="00DB5AB9">
      <w:r>
        <w:t>Tell us about yourself in 100–150 words. You may type or write your answer below</w:t>
      </w:r>
      <w:r>
        <w:t>. Use your own words; simple, honest answers are welcome. You do not need to attach a separate essay.</w:t>
      </w:r>
    </w:p>
    <w:p w14:paraId="4B2EEEF5" w14:textId="77777777" w:rsidR="00DB203A" w:rsidRDefault="00DB5AB9">
      <w:pPr>
        <w:pStyle w:val="Heading2"/>
      </w:pPr>
      <w:r>
        <w:t>My goals and what I hope to learn</w:t>
      </w:r>
    </w:p>
    <w:p w14:paraId="6291FDDA" w14:textId="77777777" w:rsidR="00DB203A" w:rsidRDefault="00DB5AB9">
      <w:r>
        <w:t>What is something you enjoy or do well? What is one goal you have for school, your future or your community? Explain how</w:t>
      </w:r>
      <w:r>
        <w:t xml:space="preserve"> EMBODI could help you work toward that goal or learn a new skill.</w:t>
      </w:r>
    </w:p>
    <w:p w14:paraId="15C46DAA" w14:textId="77777777" w:rsidR="00DB203A" w:rsidRDefault="00DB203A">
      <w:pPr>
        <w:pBdr>
          <w:bottom w:val="single" w:sz="4" w:space="0" w:color="B7A99A"/>
        </w:pBdr>
        <w:spacing w:after="60" w:line="400" w:lineRule="exact"/>
      </w:pPr>
    </w:p>
    <w:p w14:paraId="2BAFC197" w14:textId="77777777" w:rsidR="00DB203A" w:rsidRDefault="00DB203A">
      <w:pPr>
        <w:pBdr>
          <w:bottom w:val="single" w:sz="4" w:space="0" w:color="B7A99A"/>
        </w:pBdr>
        <w:spacing w:after="60" w:line="400" w:lineRule="exact"/>
      </w:pPr>
    </w:p>
    <w:p w14:paraId="10A2857D" w14:textId="77777777" w:rsidR="00DB203A" w:rsidRDefault="00DB203A">
      <w:pPr>
        <w:pBdr>
          <w:bottom w:val="single" w:sz="4" w:space="0" w:color="B7A99A"/>
        </w:pBdr>
        <w:spacing w:after="60" w:line="400" w:lineRule="exact"/>
      </w:pPr>
    </w:p>
    <w:p w14:paraId="45E7D8C3" w14:textId="77777777" w:rsidR="00DB203A" w:rsidRDefault="00DB203A">
      <w:pPr>
        <w:pBdr>
          <w:bottom w:val="single" w:sz="4" w:space="0" w:color="B7A99A"/>
        </w:pBdr>
        <w:spacing w:after="60" w:line="400" w:lineRule="exact"/>
      </w:pPr>
    </w:p>
    <w:p w14:paraId="6A738E33" w14:textId="77777777" w:rsidR="00DB203A" w:rsidRDefault="00DB203A">
      <w:pPr>
        <w:pBdr>
          <w:bottom w:val="single" w:sz="4" w:space="0" w:color="B7A99A"/>
        </w:pBdr>
        <w:spacing w:after="60" w:line="400" w:lineRule="exact"/>
      </w:pPr>
    </w:p>
    <w:p w14:paraId="6E2320CD" w14:textId="77777777" w:rsidR="00DB203A" w:rsidRDefault="00DB203A">
      <w:pPr>
        <w:pBdr>
          <w:bottom w:val="single" w:sz="4" w:space="0" w:color="B7A99A"/>
        </w:pBdr>
        <w:spacing w:after="60" w:line="400" w:lineRule="exact"/>
      </w:pPr>
    </w:p>
    <w:p w14:paraId="54AE565A" w14:textId="77777777" w:rsidR="00DB203A" w:rsidRDefault="00DB203A">
      <w:pPr>
        <w:pBdr>
          <w:bottom w:val="single" w:sz="4" w:space="0" w:color="B7A99A"/>
        </w:pBdr>
        <w:spacing w:after="60" w:line="400" w:lineRule="exact"/>
      </w:pPr>
    </w:p>
    <w:p w14:paraId="3F339A87" w14:textId="77777777" w:rsidR="00DB203A" w:rsidRDefault="00DB203A">
      <w:pPr>
        <w:pBdr>
          <w:bottom w:val="single" w:sz="4" w:space="0" w:color="B7A99A"/>
        </w:pBdr>
        <w:spacing w:after="60" w:line="400" w:lineRule="exact"/>
      </w:pPr>
    </w:p>
    <w:p w14:paraId="39BC1319" w14:textId="77777777" w:rsidR="00DB203A" w:rsidRDefault="00DB203A">
      <w:pPr>
        <w:pBdr>
          <w:bottom w:val="single" w:sz="4" w:space="0" w:color="B7A99A"/>
        </w:pBdr>
        <w:spacing w:after="60" w:line="400" w:lineRule="exact"/>
      </w:pPr>
    </w:p>
    <w:p w14:paraId="7F3568B1" w14:textId="77777777" w:rsidR="00DB203A" w:rsidRDefault="00DB203A">
      <w:pPr>
        <w:pBdr>
          <w:bottom w:val="single" w:sz="4" w:space="0" w:color="B7A99A"/>
        </w:pBdr>
        <w:spacing w:after="60" w:line="400" w:lineRule="exact"/>
      </w:pPr>
    </w:p>
    <w:p w14:paraId="3EFE3A7F" w14:textId="77777777" w:rsidR="00DB203A" w:rsidRDefault="00DB203A">
      <w:pPr>
        <w:pBdr>
          <w:bottom w:val="single" w:sz="4" w:space="0" w:color="B7A99A"/>
        </w:pBdr>
        <w:spacing w:after="60" w:line="400" w:lineRule="exact"/>
      </w:pPr>
    </w:p>
    <w:p w14:paraId="3A16FF11" w14:textId="77777777" w:rsidR="00DB203A" w:rsidRDefault="00DB203A">
      <w:pPr>
        <w:pBdr>
          <w:bottom w:val="single" w:sz="4" w:space="0" w:color="B7A99A"/>
        </w:pBdr>
        <w:spacing w:after="60" w:line="400" w:lineRule="exact"/>
      </w:pPr>
    </w:p>
    <w:p w14:paraId="1F43FC5B" w14:textId="77777777" w:rsidR="00DB203A" w:rsidRDefault="00DB203A">
      <w:pPr>
        <w:pBdr>
          <w:bottom w:val="single" w:sz="4" w:space="0" w:color="B7A99A"/>
        </w:pBdr>
        <w:spacing w:after="60" w:line="400" w:lineRule="exact"/>
      </w:pPr>
    </w:p>
    <w:p w14:paraId="0E34E5FC" w14:textId="77777777" w:rsidR="00DB203A" w:rsidRDefault="00DB203A">
      <w:pPr>
        <w:pBdr>
          <w:bottom w:val="single" w:sz="4" w:space="0" w:color="B7A99A"/>
        </w:pBdr>
        <w:spacing w:after="60" w:line="400" w:lineRule="exact"/>
      </w:pPr>
    </w:p>
    <w:p w14:paraId="1E67AD7F" w14:textId="77777777" w:rsidR="00DB203A" w:rsidRDefault="00DB203A">
      <w:pPr>
        <w:pBdr>
          <w:bottom w:val="single" w:sz="4" w:space="0" w:color="B7A99A"/>
        </w:pBdr>
        <w:spacing w:after="60" w:line="400" w:lineRule="exact"/>
      </w:pPr>
    </w:p>
    <w:p w14:paraId="0A77966A" w14:textId="77777777" w:rsidR="00DB203A" w:rsidRDefault="00DB5AB9">
      <w:r>
        <w:t>Applicant signature: _______________________________  Date: ______________</w:t>
      </w:r>
    </w:p>
    <w:sectPr w:rsidR="00DB203A" w:rsidSect="00034616">
      <w:headerReference w:type="default" r:id="rId9"/>
      <w:footerReference w:type="default" r:id="rId10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5AEB8" w14:textId="77777777" w:rsidR="00DB5AB9" w:rsidRDefault="00DB5AB9">
      <w:pPr>
        <w:spacing w:after="0" w:line="240" w:lineRule="auto"/>
      </w:pPr>
      <w:r>
        <w:separator/>
      </w:r>
    </w:p>
  </w:endnote>
  <w:endnote w:type="continuationSeparator" w:id="0">
    <w:p w14:paraId="424C2361" w14:textId="77777777" w:rsidR="00DB5AB9" w:rsidRDefault="00DB5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14857" w14:textId="77777777" w:rsidR="00DB203A" w:rsidRDefault="00DB5AB9">
    <w:pPr>
      <w:pStyle w:val="Footer"/>
    </w:pPr>
    <w:r>
      <w:rPr>
        <w:sz w:val="20"/>
      </w:rPr>
      <w:t>EMBODI 2026–2027  •  Participant Application</w:t>
    </w:r>
    <w:r>
      <w:t xml:space="preserve">        Page </w:t>
    </w:r>
    <w:r>
      <w:fldChar w:fldCharType="begin"/>
    </w:r>
    <w:r>
      <w:instrText>PAGE</w:instrText>
    </w:r>
    <w:r>
      <w:fldChar w:fldCharType="separate"/>
    </w:r>
    <w:r w:rsidR="006979D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BA659" w14:textId="77777777" w:rsidR="00DB5AB9" w:rsidRDefault="00DB5AB9">
      <w:pPr>
        <w:spacing w:after="0" w:line="240" w:lineRule="auto"/>
      </w:pPr>
      <w:r>
        <w:separator/>
      </w:r>
    </w:p>
  </w:footnote>
  <w:footnote w:type="continuationSeparator" w:id="0">
    <w:p w14:paraId="50270511" w14:textId="77777777" w:rsidR="00DB5AB9" w:rsidRDefault="00DB5A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251F1" w14:textId="77777777" w:rsidR="00DB203A" w:rsidRDefault="00DB5AB9">
    <w:pPr>
      <w:pStyle w:val="Header"/>
    </w:pPr>
    <w:r>
      <w:rPr>
        <w:color w:val="990022"/>
        <w:sz w:val="20"/>
      </w:rPr>
      <w:t>KINGSTREE–LAKE CITY ALUMNAE CHAPTER  •  DELTA SIGMA THETA SORORITY, INC.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979D4"/>
    <w:rsid w:val="00AA1D8D"/>
    <w:rsid w:val="00B47730"/>
    <w:rsid w:val="00CB0664"/>
    <w:rsid w:val="00DB203A"/>
    <w:rsid w:val="00DB5AB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106709"/>
  <w14:defaultImageDpi w14:val="300"/>
  <w15:docId w15:val="{BAC72B9F-C7A2-44D7-97A7-E094A20FA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990022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99002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817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EMBODI Program Application 2026–2027</dc:title>
  <dc:subject/>
  <dc:creator>Kingstree-Lake City Alumnae Chapter</dc:creator>
  <cp:keywords/>
  <cp:lastModifiedBy>Yolanda L. Singletary</cp:lastModifiedBy>
  <cp:revision>2</cp:revision>
  <dcterms:created xsi:type="dcterms:W3CDTF">2013-12-23T23:15:00Z</dcterms:created>
  <dcterms:modified xsi:type="dcterms:W3CDTF">2026-10-06T15:46:00Z</dcterms:modified>
  <cp:category/>
</cp:coreProperties>
</file>